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sz w:val="32"/>
        </w:rPr>
        <w:t>ENGLISH FOR GENERAL PURPOSE</w:t>
      </w:r>
    </w:p>
    <w:p>
      <w:pPr>
        <w:jc w:val="center"/>
      </w:pPr>
      <w:r>
        <w:rPr>
          <w:b/>
          <w:i w:val="0"/>
          <w:sz w:val="32"/>
        </w:rPr>
        <w:t>MODULE 3</w:t>
      </w:r>
    </w:p>
    <w:p>
      <w:pPr>
        <w:jc w:val="center"/>
      </w:pPr>
      <w:r>
        <w:rPr>
          <w:b/>
          <w:i w:val="0"/>
          <w:sz w:val="28"/>
        </w:rPr>
        <w:t>LANGUAGE AS COMMUNICATION:</w:t>
        <w:br/>
        <w:t>PASSIVE VOICE IN THE ICT FIELD</w:t>
      </w:r>
    </w:p>
    <w:p>
      <w:pPr>
        <w:jc w:val="center"/>
      </w:pPr>
      <w:r>
        <w:rPr>
          <w:b w:val="0"/>
          <w:i w:val="0"/>
        </w:rPr>
        <w:t>Session 3 – Learning Module</w:t>
      </w:r>
    </w:p>
    <w:p>
      <w:pPr>
        <w:jc w:val="center"/>
      </w:pPr>
      <w:r>
        <w:rPr>
          <w:b w:val="0"/>
          <w:i w:val="0"/>
        </w:rPr>
        <w:t>Course: English for General Purpose</w:t>
      </w:r>
    </w:p>
    <w:p>
      <w:pPr>
        <w:jc w:val="center"/>
      </w:pPr>
      <w:r>
        <w:rPr>
          <w:b w:val="0"/>
          <w:i w:val="0"/>
        </w:rPr>
        <w:t>Module 3 | Session 3</w:t>
      </w:r>
    </w:p>
    <w:p>
      <w:pPr>
        <w:jc w:val="center"/>
      </w:pPr>
      <w:r>
        <w:rPr>
          <w:b w:val="0"/>
          <w:i w:val="0"/>
        </w:rPr>
        <w:t>Main Language Focus: Passive Voice with Different Tenses</w:t>
      </w:r>
    </w:p>
    <w:p>
      <w:pPr>
        <w:pStyle w:val="Heading1"/>
      </w:pPr>
      <w:r>
        <w:rPr>
          <w:b w:val="0"/>
          <w:i w:val="0"/>
        </w:rPr>
        <w:t>RPS Alignment</w:t>
      </w:r>
    </w:p>
    <w:p>
      <w:r>
        <w:rPr>
          <w:b w:val="0"/>
          <w:i w:val="0"/>
        </w:rPr>
        <w:t>This module is designed directly from the attached English for General Purpose RPS. The RPS identifies Session/Week 3 as Sub-CPMK3: students are expected to develop Passive Voice using positive, negative, and interrogative sentences according to the tense used. The learning activities include lecture, discussion/cooperative learning, and an independent task developing Passive Voice. The reading context in this module is the Information and Communication Technology (ICT) field, consistent with the RPS emphasis on mastery of information and communication technology. fileciteturn0file0</w:t>
      </w:r>
    </w:p>
    <w:p>
      <w:pPr>
        <w:pStyle w:val="Heading1"/>
      </w:pPr>
      <w:r>
        <w:rPr>
          <w:b w:val="0"/>
          <w:i w:val="0"/>
        </w:rPr>
        <w:t>Learning Objectives</w:t>
      </w:r>
    </w:p>
    <w:p>
      <w:pPr>
        <w:pStyle w:val="ListBullet"/>
      </w:pPr>
      <w:r>
        <w:t>Students explain the function and meaning of Passive Voice in English communication.</w:t>
      </w:r>
    </w:p>
    <w:p>
      <w:pPr>
        <w:pStyle w:val="ListBullet"/>
      </w:pPr>
      <w:r>
        <w:t>Students identify Passive Voice forms in ICT-related texts.</w:t>
      </w:r>
    </w:p>
    <w:p>
      <w:pPr>
        <w:pStyle w:val="ListBullet"/>
      </w:pPr>
      <w:r>
        <w:t>Students transform active sentences into Passive Voice using appropriate tenses.</w:t>
      </w:r>
    </w:p>
    <w:p>
      <w:pPr>
        <w:pStyle w:val="ListBullet"/>
      </w:pPr>
      <w:r>
        <w:t>Students construct affirmative, negative, and interrogative Passive Voice sentences.</w:t>
      </w:r>
    </w:p>
    <w:p>
      <w:pPr>
        <w:pStyle w:val="ListBullet"/>
      </w:pPr>
      <w:r>
        <w:t>Students use Passive Voice accurately to describe ICT processes, systems, devices, data, software, and services.</w:t>
      </w:r>
    </w:p>
    <w:p>
      <w:pPr>
        <w:pStyle w:val="ListBullet"/>
      </w:pPr>
      <w:r>
        <w:t>Students distinguish the use of be + past participle (V3) from active-voice verb structures.</w:t>
      </w:r>
    </w:p>
    <w:p>
      <w:pPr>
        <w:pStyle w:val="ListBullet"/>
      </w:pPr>
      <w:r>
        <w:t>Students produce a short ICT-related description using appropriate Passive Voice structures.</w:t>
      </w:r>
    </w:p>
    <w:p>
      <w:pPr>
        <w:pStyle w:val="Heading1"/>
      </w:pPr>
      <w:r>
        <w:rPr>
          <w:b w:val="0"/>
          <w:i w:val="0"/>
        </w:rPr>
        <w:t>PART A. READING: PASSIVE VOICE IN THE ICT FIELD</w:t>
      </w:r>
    </w:p>
    <w:p>
      <w:r>
        <w:rPr>
          <w:b w:val="0"/>
          <w:i w:val="0"/>
        </w:rPr>
        <w:t>Read the following text carefully. Identify the Passive Voice expressions and pay attention to the tense used.</w:t>
      </w:r>
    </w:p>
    <w:p>
      <w:r>
        <w:rPr>
          <w:b w:val="0"/>
          <w:i w:val="0"/>
        </w:rPr>
        <w:t>ICT SYSTEMS AND DIGITAL SERVICES</w:t>
        <w:br/>
        <w:br/>
        <w:t>Information and communication technology is used in almost every area of modern life. Digital information is created, stored, processed, transmitted, and shared through computer systems and communication networks. In organizations, large amounts of data are collected every day. The data are then stored on servers or in cloud-based systems. Important files are protected by passwords, authentication systems, and other security mechanisms.</w:t>
        <w:br/>
        <w:br/>
        <w:t>When a new software application is developed, its functions are tested before the application is released to users. Errors are identified during testing, and corrections are made by the development team. After the software is approved, it is installed on computers or delivered through an online platform. In many organizations, software updates are downloaded automatically and are installed according to a scheduled process.</w:t>
        <w:br/>
        <w:br/>
        <w:t>Digital communication is also supported by networks. Messages are transmitted through communication systems, while information is received by users through computers and mobile devices. In a secure network, sensitive information is encrypted before it is transmitted. When information is received, it may be decrypted by an authorized system or user.</w:t>
        <w:br/>
        <w:br/>
        <w:t>Cybersecurity is an important part of ICT management. User accounts are protected by authentication procedures. Suspicious activities are monitored by security systems, and unusual access attempts are recorded. When a security problem is detected, the affected system is examined and appropriate action is taken. In serious cases, access may be blocked and additional security measures may be introduced.</w:t>
        <w:br/>
        <w:br/>
        <w:t>Passive Voice is frequently used in ICT descriptions because the process, system, data, or result is often more important than the person who performs the action. For example, “The data are stored on the server” focuses on the data and its storage. The person who stores the data may not be important or may already be understood from the context.</w:t>
        <w:br/>
        <w:br/>
        <w:t>ICT documentation also uses Passive Voice to explain procedures clearly. Instructions may state that “The password must be changed regularly” or “The device is connected to the network.” In reports, researchers may write that “The data were collected from several sources” or “The results were analyzed using a computer program.” In each case, the Passive Voice helps the writer focus on the process, object, result, or procedure.</w:t>
      </w:r>
    </w:p>
    <w:p>
      <w:pPr>
        <w:pStyle w:val="Heading2"/>
      </w:pPr>
      <w:r>
        <w:rPr>
          <w:b w:val="0"/>
          <w:i w:val="0"/>
        </w:rPr>
        <w:t>Reading Comprehension and Passive Voice Questions</w:t>
      </w:r>
    </w:p>
    <w:p>
      <w:pPr>
        <w:pStyle w:val="ListNumber"/>
      </w:pPr>
      <w:r>
        <w:t>1. How is digital information used in modern ICT systems?</w:t>
      </w:r>
    </w:p>
    <w:p>
      <w:pPr>
        <w:pStyle w:val="ListNumber"/>
      </w:pPr>
      <w:r>
        <w:t>2. Where are data commonly stored?</w:t>
      </w:r>
    </w:p>
    <w:p>
      <w:pPr>
        <w:pStyle w:val="ListNumber"/>
      </w:pPr>
      <w:r>
        <w:t>3. What happens to software before it is released to users?</w:t>
      </w:r>
    </w:p>
    <w:p>
      <w:pPr>
        <w:pStyle w:val="ListNumber"/>
      </w:pPr>
      <w:r>
        <w:t>4. How are suspicious activities handled by security systems?</w:t>
      </w:r>
    </w:p>
    <w:p>
      <w:pPr>
        <w:pStyle w:val="ListNumber"/>
      </w:pPr>
      <w:r>
        <w:t>5. Why is Passive Voice frequently used in ICT descriptions?</w:t>
      </w:r>
    </w:p>
    <w:p>
      <w:pPr>
        <w:pStyle w:val="ListNumber"/>
      </w:pPr>
      <w:r>
        <w:t>6. Identify the Passive Voice in: “The data are stored on the server.”</w:t>
      </w:r>
    </w:p>
    <w:p>
      <w:pPr>
        <w:pStyle w:val="ListNumber"/>
      </w:pPr>
      <w:r>
        <w:t>7. What tense is used in “The software was tested before release”?</w:t>
      </w:r>
    </w:p>
    <w:p>
      <w:pPr>
        <w:pStyle w:val="ListNumber"/>
      </w:pPr>
      <w:r>
        <w:t>8. What happens when a security problem is detected?</w:t>
      </w:r>
    </w:p>
    <w:p>
      <w:pPr>
        <w:pStyle w:val="ListNumber"/>
      </w:pPr>
      <w:r>
        <w:t>9. Why might the person performing an action be omitted in a Passive Voice sentence?</w:t>
      </w:r>
    </w:p>
    <w:p>
      <w:pPr>
        <w:pStyle w:val="ListNumber"/>
      </w:pPr>
      <w:r>
        <w:t>10. Give one Passive Voice sentence from the reading that describes an ICT process.</w:t>
      </w:r>
    </w:p>
    <w:p>
      <w:pPr>
        <w:pStyle w:val="Heading2"/>
      </w:pPr>
      <w:r>
        <w:rPr>
          <w:b w:val="0"/>
          <w:i w:val="0"/>
        </w:rPr>
        <w:t>Answer Guide</w:t>
      </w:r>
    </w:p>
    <w:p>
      <w:pPr>
        <w:pStyle w:val="ListNumber"/>
      </w:pPr>
      <w:r>
        <w:t>1. It is created, stored, processed, transmitted, and shared through digital systems.</w:t>
      </w:r>
    </w:p>
    <w:p>
      <w:pPr>
        <w:pStyle w:val="ListNumber"/>
      </w:pPr>
      <w:r>
        <w:t>2. They are stored on servers or in cloud-based systems.</w:t>
      </w:r>
    </w:p>
    <w:p>
      <w:pPr>
        <w:pStyle w:val="ListNumber"/>
      </w:pPr>
      <w:r>
        <w:t>3. Its functions are tested, errors are identified, and corrections are made.</w:t>
      </w:r>
    </w:p>
    <w:p>
      <w:pPr>
        <w:pStyle w:val="ListNumber"/>
      </w:pPr>
      <w:r>
        <w:t>4. They are monitored, recorded, and investigated when necessary.</w:t>
      </w:r>
    </w:p>
    <w:p>
      <w:pPr>
        <w:pStyle w:val="ListNumber"/>
      </w:pPr>
      <w:r>
        <w:t>5. Because the process, system, data, or result is often more important than the person performing the action.</w:t>
      </w:r>
    </w:p>
    <w:p>
      <w:pPr>
        <w:pStyle w:val="ListNumber"/>
      </w:pPr>
      <w:r>
        <w:t>6. “are stored” is the Passive Voice: be (are) + past participle (stored).</w:t>
      </w:r>
    </w:p>
    <w:p>
      <w:pPr>
        <w:pStyle w:val="ListNumber"/>
      </w:pPr>
      <w:r>
        <w:t>7. Simple Past Passive: was + past participle.</w:t>
      </w:r>
    </w:p>
    <w:p>
      <w:pPr>
        <w:pStyle w:val="ListNumber"/>
      </w:pPr>
      <w:r>
        <w:t>8. The affected system is examined and appropriate action is taken; additional measures may be introduced when necessary.</w:t>
      </w:r>
    </w:p>
    <w:p>
      <w:pPr>
        <w:pStyle w:val="ListNumber"/>
      </w:pPr>
      <w:r>
        <w:t>9. The performer may be unknown, unimportant, obvious, or not the focus of the communication.</w:t>
      </w:r>
    </w:p>
    <w:p>
      <w:pPr>
        <w:pStyle w:val="ListNumber"/>
      </w:pPr>
      <w:r>
        <w:t>10. Examples include “The data are stored on the server” and “The information is encrypted before it is transmitted.”</w:t>
      </w:r>
    </w:p>
    <w:p>
      <w:pPr>
        <w:pStyle w:val="Heading1"/>
      </w:pPr>
      <w:r>
        <w:rPr>
          <w:b w:val="0"/>
          <w:i w:val="0"/>
        </w:rPr>
        <w:t>PART B. DISCUSSING LANGUAGE WORK</w:t>
      </w:r>
    </w:p>
    <w:p>
      <w:pPr>
        <w:pStyle w:val="Heading2"/>
      </w:pPr>
      <w:r>
        <w:rPr>
          <w:b w:val="0"/>
          <w:i w:val="0"/>
        </w:rPr>
        <w:t>1. What Is Passive Voice?</w:t>
      </w:r>
    </w:p>
    <w:p>
      <w:r>
        <w:rPr>
          <w:b w:val="0"/>
          <w:i w:val="0"/>
        </w:rPr>
        <w:t>Passive Voice is used when the subject of the sentence receives the action rather than performs the action. The basic pattern is:</w:t>
      </w:r>
    </w:p>
    <w:p>
      <w:r>
        <w:rPr>
          <w:b w:val="0"/>
          <w:i w:val="0"/>
        </w:rPr>
        <w:t>Subject + form of BE + Past Participle (V3) + optional by-agent</w:t>
      </w:r>
    </w:p>
    <w:p>
      <w:r>
        <w:rPr>
          <w:b w:val="0"/>
          <w:i w:val="0"/>
        </w:rPr>
        <w:t>Active: The technician installs the software.</w:t>
      </w:r>
    </w:p>
    <w:p>
      <w:r>
        <w:rPr>
          <w:b w:val="0"/>
          <w:i w:val="0"/>
        </w:rPr>
        <w:t>Passive: The software is installed by the technician.</w:t>
      </w:r>
    </w:p>
    <w:p>
      <w:r>
        <w:rPr>
          <w:b w:val="0"/>
          <w:i w:val="0"/>
        </w:rPr>
        <w:t>The focus changes from the person who performs the action to the object, process, or result. This is especially useful in technical, scientific, academic, and ICT writing.</w:t>
      </w:r>
    </w:p>
    <w:p>
      <w:pPr>
        <w:pStyle w:val="Heading2"/>
      </w:pPr>
      <w:r>
        <w:rPr>
          <w:b w:val="0"/>
          <w:i w:val="0"/>
        </w:rPr>
        <w:t>2. Active and Passive Voice</w:t>
      </w:r>
    </w:p>
    <w:tbl>
      <w:tblPr>
        <w:tblStyle w:val="TableGrid"/>
        <w:tblW w:type="auto" w:w="0"/>
        <w:jc w:val="center"/>
        <w:tblLook w:firstColumn="1" w:firstRow="1" w:lastColumn="0" w:lastRow="0" w:noHBand="0" w:noVBand="1" w:val="04A0"/>
      </w:tblPr>
      <w:tblGrid>
        <w:gridCol w:w="2484"/>
        <w:gridCol w:w="2484"/>
        <w:gridCol w:w="2484"/>
        <w:gridCol w:w="2484"/>
      </w:tblGrid>
      <w:tr>
        <w:tc>
          <w:tcPr>
            <w:tcW w:type="dxa" w:w="2484"/>
            <w:vAlign w:val="center"/>
            <w:shd w:fill="D9EAF7"/>
          </w:tcPr>
          <w:p>
            <w:r/>
            <w:r>
              <w:rPr>
                <w:rFonts w:ascii="Arial" w:hAnsi="Arial"/>
                <w:b/>
                <w:sz w:val="18"/>
              </w:rPr>
              <w:t>Tense</w:t>
            </w:r>
          </w:p>
        </w:tc>
        <w:tc>
          <w:tcPr>
            <w:tcW w:type="dxa" w:w="2484"/>
            <w:vAlign w:val="center"/>
            <w:shd w:fill="D9EAF7"/>
          </w:tcPr>
          <w:p>
            <w:r/>
            <w:r>
              <w:rPr>
                <w:rFonts w:ascii="Arial" w:hAnsi="Arial"/>
                <w:b/>
                <w:sz w:val="18"/>
              </w:rPr>
              <w:t>Active Voice</w:t>
            </w:r>
          </w:p>
        </w:tc>
        <w:tc>
          <w:tcPr>
            <w:tcW w:type="dxa" w:w="2484"/>
            <w:vAlign w:val="center"/>
            <w:shd w:fill="D9EAF7"/>
          </w:tcPr>
          <w:p>
            <w:r/>
            <w:r>
              <w:rPr>
                <w:rFonts w:ascii="Arial" w:hAnsi="Arial"/>
                <w:b/>
                <w:sz w:val="18"/>
              </w:rPr>
              <w:t>Passive Voice</w:t>
            </w:r>
          </w:p>
        </w:tc>
        <w:tc>
          <w:tcPr>
            <w:tcW w:type="dxa" w:w="2484"/>
            <w:vAlign w:val="center"/>
            <w:shd w:fill="D9EAF7"/>
          </w:tcPr>
          <w:p>
            <w:r/>
            <w:r>
              <w:rPr>
                <w:rFonts w:ascii="Arial" w:hAnsi="Arial"/>
                <w:b/>
                <w:sz w:val="18"/>
              </w:rPr>
              <w:t>ICT Example</w:t>
            </w:r>
          </w:p>
        </w:tc>
      </w:tr>
      <w:tr>
        <w:tc>
          <w:tcPr>
            <w:tcW w:type="dxa" w:w="2484"/>
            <w:vAlign w:val="center"/>
          </w:tcPr>
          <w:p>
            <w:r/>
            <w:r>
              <w:rPr>
                <w:rFonts w:ascii="Arial" w:hAnsi="Arial"/>
                <w:b w:val="0"/>
                <w:sz w:val="18"/>
              </w:rPr>
              <w:t>Simple Present</w:t>
            </w:r>
          </w:p>
        </w:tc>
        <w:tc>
          <w:tcPr>
            <w:tcW w:type="dxa" w:w="2484"/>
            <w:vAlign w:val="center"/>
          </w:tcPr>
          <w:p>
            <w:r/>
            <w:r>
              <w:rPr>
                <w:rFonts w:ascii="Arial" w:hAnsi="Arial"/>
                <w:b w:val="0"/>
                <w:sz w:val="18"/>
              </w:rPr>
              <w:t>Technicians maintain the server.</w:t>
            </w:r>
          </w:p>
        </w:tc>
        <w:tc>
          <w:tcPr>
            <w:tcW w:type="dxa" w:w="2484"/>
            <w:vAlign w:val="center"/>
          </w:tcPr>
          <w:p>
            <w:r/>
            <w:r>
              <w:rPr>
                <w:rFonts w:ascii="Arial" w:hAnsi="Arial"/>
                <w:b w:val="0"/>
                <w:sz w:val="18"/>
              </w:rPr>
              <w:t>The server is maintained by technicians.</w:t>
            </w:r>
          </w:p>
        </w:tc>
        <w:tc>
          <w:tcPr>
            <w:tcW w:type="dxa" w:w="2484"/>
            <w:vAlign w:val="center"/>
          </w:tcPr>
          <w:p>
            <w:r/>
            <w:r>
              <w:rPr>
                <w:rFonts w:ascii="Arial" w:hAnsi="Arial"/>
                <w:b w:val="0"/>
                <w:sz w:val="18"/>
              </w:rPr>
              <w:t>The server is maintained regularly.</w:t>
            </w:r>
          </w:p>
        </w:tc>
      </w:tr>
      <w:tr>
        <w:tc>
          <w:tcPr>
            <w:tcW w:type="dxa" w:w="2484"/>
            <w:vAlign w:val="center"/>
          </w:tcPr>
          <w:p>
            <w:r/>
            <w:r>
              <w:rPr>
                <w:rFonts w:ascii="Arial" w:hAnsi="Arial"/>
                <w:b w:val="0"/>
                <w:sz w:val="18"/>
              </w:rPr>
              <w:t>Simple Past</w:t>
            </w:r>
          </w:p>
        </w:tc>
        <w:tc>
          <w:tcPr>
            <w:tcW w:type="dxa" w:w="2484"/>
            <w:vAlign w:val="center"/>
          </w:tcPr>
          <w:p>
            <w:r/>
            <w:r>
              <w:rPr>
                <w:rFonts w:ascii="Arial" w:hAnsi="Arial"/>
                <w:b w:val="0"/>
                <w:sz w:val="18"/>
              </w:rPr>
              <w:t>The team tested the software.</w:t>
            </w:r>
          </w:p>
        </w:tc>
        <w:tc>
          <w:tcPr>
            <w:tcW w:type="dxa" w:w="2484"/>
            <w:vAlign w:val="center"/>
          </w:tcPr>
          <w:p>
            <w:r/>
            <w:r>
              <w:rPr>
                <w:rFonts w:ascii="Arial" w:hAnsi="Arial"/>
                <w:b w:val="0"/>
                <w:sz w:val="18"/>
              </w:rPr>
              <w:t>The software was tested by the team.</w:t>
            </w:r>
          </w:p>
        </w:tc>
        <w:tc>
          <w:tcPr>
            <w:tcW w:type="dxa" w:w="2484"/>
            <w:vAlign w:val="center"/>
          </w:tcPr>
          <w:p>
            <w:r/>
            <w:r>
              <w:rPr>
                <w:rFonts w:ascii="Arial" w:hAnsi="Arial"/>
                <w:b w:val="0"/>
                <w:sz w:val="18"/>
              </w:rPr>
              <w:t>The software was tested yesterday.</w:t>
            </w:r>
          </w:p>
        </w:tc>
      </w:tr>
      <w:tr>
        <w:tc>
          <w:tcPr>
            <w:tcW w:type="dxa" w:w="2484"/>
            <w:vAlign w:val="center"/>
          </w:tcPr>
          <w:p>
            <w:r/>
            <w:r>
              <w:rPr>
                <w:rFonts w:ascii="Arial" w:hAnsi="Arial"/>
                <w:b w:val="0"/>
                <w:sz w:val="18"/>
              </w:rPr>
              <w:t>Simple Future</w:t>
            </w:r>
          </w:p>
        </w:tc>
        <w:tc>
          <w:tcPr>
            <w:tcW w:type="dxa" w:w="2484"/>
            <w:vAlign w:val="center"/>
          </w:tcPr>
          <w:p>
            <w:r/>
            <w:r>
              <w:rPr>
                <w:rFonts w:ascii="Arial" w:hAnsi="Arial"/>
                <w:b w:val="0"/>
                <w:sz w:val="18"/>
              </w:rPr>
              <w:t>The company will update the system.</w:t>
            </w:r>
          </w:p>
        </w:tc>
        <w:tc>
          <w:tcPr>
            <w:tcW w:type="dxa" w:w="2484"/>
            <w:vAlign w:val="center"/>
          </w:tcPr>
          <w:p>
            <w:r/>
            <w:r>
              <w:rPr>
                <w:rFonts w:ascii="Arial" w:hAnsi="Arial"/>
                <w:b w:val="0"/>
                <w:sz w:val="18"/>
              </w:rPr>
              <w:t>The system will be updated by the company.</w:t>
            </w:r>
          </w:p>
        </w:tc>
        <w:tc>
          <w:tcPr>
            <w:tcW w:type="dxa" w:w="2484"/>
            <w:vAlign w:val="center"/>
          </w:tcPr>
          <w:p>
            <w:r/>
            <w:r>
              <w:rPr>
                <w:rFonts w:ascii="Arial" w:hAnsi="Arial"/>
                <w:b w:val="0"/>
                <w:sz w:val="18"/>
              </w:rPr>
              <w:t>The system will be updated next week.</w:t>
            </w:r>
          </w:p>
        </w:tc>
      </w:tr>
      <w:tr>
        <w:tc>
          <w:tcPr>
            <w:tcW w:type="dxa" w:w="2484"/>
            <w:vAlign w:val="center"/>
          </w:tcPr>
          <w:p>
            <w:r/>
            <w:r>
              <w:rPr>
                <w:rFonts w:ascii="Arial" w:hAnsi="Arial"/>
                <w:b w:val="0"/>
                <w:sz w:val="18"/>
              </w:rPr>
              <w:t>Present Continuous</w:t>
            </w:r>
          </w:p>
        </w:tc>
        <w:tc>
          <w:tcPr>
            <w:tcW w:type="dxa" w:w="2484"/>
            <w:vAlign w:val="center"/>
          </w:tcPr>
          <w:p>
            <w:r/>
            <w:r>
              <w:rPr>
                <w:rFonts w:ascii="Arial" w:hAnsi="Arial"/>
                <w:b w:val="0"/>
                <w:sz w:val="18"/>
              </w:rPr>
              <w:t>The team is monitoring the network.</w:t>
            </w:r>
          </w:p>
        </w:tc>
        <w:tc>
          <w:tcPr>
            <w:tcW w:type="dxa" w:w="2484"/>
            <w:vAlign w:val="center"/>
          </w:tcPr>
          <w:p>
            <w:r/>
            <w:r>
              <w:rPr>
                <w:rFonts w:ascii="Arial" w:hAnsi="Arial"/>
                <w:b w:val="0"/>
                <w:sz w:val="18"/>
              </w:rPr>
              <w:t>The network is being monitored by the team.</w:t>
            </w:r>
          </w:p>
        </w:tc>
        <w:tc>
          <w:tcPr>
            <w:tcW w:type="dxa" w:w="2484"/>
            <w:vAlign w:val="center"/>
          </w:tcPr>
          <w:p>
            <w:r/>
            <w:r>
              <w:rPr>
                <w:rFonts w:ascii="Arial" w:hAnsi="Arial"/>
                <w:b w:val="0"/>
                <w:sz w:val="18"/>
              </w:rPr>
              <w:t>The network is being monitored now.</w:t>
            </w:r>
          </w:p>
        </w:tc>
      </w:tr>
      <w:tr>
        <w:tc>
          <w:tcPr>
            <w:tcW w:type="dxa" w:w="2484"/>
            <w:vAlign w:val="center"/>
          </w:tcPr>
          <w:p>
            <w:r/>
            <w:r>
              <w:rPr>
                <w:rFonts w:ascii="Arial" w:hAnsi="Arial"/>
                <w:b w:val="0"/>
                <w:sz w:val="18"/>
              </w:rPr>
              <w:t>Past Continuous</w:t>
            </w:r>
          </w:p>
        </w:tc>
        <w:tc>
          <w:tcPr>
            <w:tcW w:type="dxa" w:w="2484"/>
            <w:vAlign w:val="center"/>
          </w:tcPr>
          <w:p>
            <w:r/>
            <w:r>
              <w:rPr>
                <w:rFonts w:ascii="Arial" w:hAnsi="Arial"/>
                <w:b w:val="0"/>
                <w:sz w:val="18"/>
              </w:rPr>
              <w:t>The team was checking the device.</w:t>
            </w:r>
          </w:p>
        </w:tc>
        <w:tc>
          <w:tcPr>
            <w:tcW w:type="dxa" w:w="2484"/>
            <w:vAlign w:val="center"/>
          </w:tcPr>
          <w:p>
            <w:r/>
            <w:r>
              <w:rPr>
                <w:rFonts w:ascii="Arial" w:hAnsi="Arial"/>
                <w:b w:val="0"/>
                <w:sz w:val="18"/>
              </w:rPr>
              <w:t>The device was being checked by the team.</w:t>
            </w:r>
          </w:p>
        </w:tc>
        <w:tc>
          <w:tcPr>
            <w:tcW w:type="dxa" w:w="2484"/>
            <w:vAlign w:val="center"/>
          </w:tcPr>
          <w:p>
            <w:r/>
            <w:r>
              <w:rPr>
                <w:rFonts w:ascii="Arial" w:hAnsi="Arial"/>
                <w:b w:val="0"/>
                <w:sz w:val="18"/>
              </w:rPr>
              <w:t>The device was being checked when the alarm sounded.</w:t>
            </w:r>
          </w:p>
        </w:tc>
      </w:tr>
      <w:tr>
        <w:tc>
          <w:tcPr>
            <w:tcW w:type="dxa" w:w="2484"/>
            <w:vAlign w:val="center"/>
          </w:tcPr>
          <w:p>
            <w:r/>
            <w:r>
              <w:rPr>
                <w:rFonts w:ascii="Arial" w:hAnsi="Arial"/>
                <w:b w:val="0"/>
                <w:sz w:val="18"/>
              </w:rPr>
              <w:t>Present Perfect</w:t>
            </w:r>
          </w:p>
        </w:tc>
        <w:tc>
          <w:tcPr>
            <w:tcW w:type="dxa" w:w="2484"/>
            <w:vAlign w:val="center"/>
          </w:tcPr>
          <w:p>
            <w:r/>
            <w:r>
              <w:rPr>
                <w:rFonts w:ascii="Arial" w:hAnsi="Arial"/>
                <w:b w:val="0"/>
                <w:sz w:val="18"/>
              </w:rPr>
              <w:t>The team has completed the installation.</w:t>
            </w:r>
          </w:p>
        </w:tc>
        <w:tc>
          <w:tcPr>
            <w:tcW w:type="dxa" w:w="2484"/>
            <w:vAlign w:val="center"/>
          </w:tcPr>
          <w:p>
            <w:r/>
            <w:r>
              <w:rPr>
                <w:rFonts w:ascii="Arial" w:hAnsi="Arial"/>
                <w:b w:val="0"/>
                <w:sz w:val="18"/>
              </w:rPr>
              <w:t>The installation has been completed by the team.</w:t>
            </w:r>
          </w:p>
        </w:tc>
        <w:tc>
          <w:tcPr>
            <w:tcW w:type="dxa" w:w="2484"/>
            <w:vAlign w:val="center"/>
          </w:tcPr>
          <w:p>
            <w:r/>
            <w:r>
              <w:rPr>
                <w:rFonts w:ascii="Arial" w:hAnsi="Arial"/>
                <w:b w:val="0"/>
                <w:sz w:val="18"/>
              </w:rPr>
              <w:t>The installation has been completed.</w:t>
            </w:r>
          </w:p>
        </w:tc>
      </w:tr>
      <w:tr>
        <w:tc>
          <w:tcPr>
            <w:tcW w:type="dxa" w:w="2484"/>
            <w:vAlign w:val="center"/>
          </w:tcPr>
          <w:p>
            <w:r/>
            <w:r>
              <w:rPr>
                <w:rFonts w:ascii="Arial" w:hAnsi="Arial"/>
                <w:b w:val="0"/>
                <w:sz w:val="18"/>
              </w:rPr>
              <w:t>Past Perfect</w:t>
            </w:r>
          </w:p>
        </w:tc>
        <w:tc>
          <w:tcPr>
            <w:tcW w:type="dxa" w:w="2484"/>
            <w:vAlign w:val="center"/>
          </w:tcPr>
          <w:p>
            <w:r/>
            <w:r>
              <w:rPr>
                <w:rFonts w:ascii="Arial" w:hAnsi="Arial"/>
                <w:b w:val="0"/>
                <w:sz w:val="18"/>
              </w:rPr>
              <w:t>The team had backed up the data.</w:t>
            </w:r>
          </w:p>
        </w:tc>
        <w:tc>
          <w:tcPr>
            <w:tcW w:type="dxa" w:w="2484"/>
            <w:vAlign w:val="center"/>
          </w:tcPr>
          <w:p>
            <w:r/>
            <w:r>
              <w:rPr>
                <w:rFonts w:ascii="Arial" w:hAnsi="Arial"/>
                <w:b w:val="0"/>
                <w:sz w:val="18"/>
              </w:rPr>
              <w:t>The data had been backed up by the team.</w:t>
            </w:r>
          </w:p>
        </w:tc>
        <w:tc>
          <w:tcPr>
            <w:tcW w:type="dxa" w:w="2484"/>
            <w:vAlign w:val="center"/>
          </w:tcPr>
          <w:p>
            <w:r/>
            <w:r>
              <w:rPr>
                <w:rFonts w:ascii="Arial" w:hAnsi="Arial"/>
                <w:b w:val="0"/>
                <w:sz w:val="18"/>
              </w:rPr>
              <w:t>The data had been backed up before the system failed.</w:t>
            </w:r>
          </w:p>
        </w:tc>
      </w:tr>
      <w:tr>
        <w:tc>
          <w:tcPr>
            <w:tcW w:type="dxa" w:w="2484"/>
            <w:vAlign w:val="center"/>
          </w:tcPr>
          <w:p>
            <w:r/>
            <w:r>
              <w:rPr>
                <w:rFonts w:ascii="Arial" w:hAnsi="Arial"/>
                <w:b w:val="0"/>
                <w:sz w:val="18"/>
              </w:rPr>
              <w:t>Modal</w:t>
            </w:r>
          </w:p>
        </w:tc>
        <w:tc>
          <w:tcPr>
            <w:tcW w:type="dxa" w:w="2484"/>
            <w:vAlign w:val="center"/>
          </w:tcPr>
          <w:p>
            <w:r/>
            <w:r>
              <w:rPr>
                <w:rFonts w:ascii="Arial" w:hAnsi="Arial"/>
                <w:b w:val="0"/>
                <w:sz w:val="18"/>
              </w:rPr>
              <w:t>Users must change the password.</w:t>
            </w:r>
          </w:p>
        </w:tc>
        <w:tc>
          <w:tcPr>
            <w:tcW w:type="dxa" w:w="2484"/>
            <w:vAlign w:val="center"/>
          </w:tcPr>
          <w:p>
            <w:r/>
            <w:r>
              <w:rPr>
                <w:rFonts w:ascii="Arial" w:hAnsi="Arial"/>
                <w:b w:val="0"/>
                <w:sz w:val="18"/>
              </w:rPr>
              <w:t>The password must be changed by users.</w:t>
            </w:r>
          </w:p>
        </w:tc>
        <w:tc>
          <w:tcPr>
            <w:tcW w:type="dxa" w:w="2484"/>
            <w:vAlign w:val="center"/>
          </w:tcPr>
          <w:p>
            <w:r/>
            <w:r>
              <w:rPr>
                <w:rFonts w:ascii="Arial" w:hAnsi="Arial"/>
                <w:b w:val="0"/>
                <w:sz w:val="18"/>
              </w:rPr>
              <w:t>The password must be changed regularly.</w:t>
            </w:r>
          </w:p>
        </w:tc>
      </w:tr>
    </w:tbl>
    <w:p>
      <w:pPr>
        <w:pStyle w:val="Heading2"/>
      </w:pPr>
      <w:r>
        <w:rPr>
          <w:b w:val="0"/>
          <w:i w:val="0"/>
        </w:rPr>
        <w:t>3. Passive Voice Formula by Tense</w:t>
      </w:r>
    </w:p>
    <w:tbl>
      <w:tblPr>
        <w:tblStyle w:val="TableGrid"/>
        <w:tblW w:type="auto" w:w="0"/>
        <w:jc w:val="center"/>
        <w:tblLook w:firstColumn="1" w:firstRow="1" w:lastColumn="0" w:lastRow="0" w:noHBand="0" w:noVBand="1" w:val="04A0"/>
      </w:tblPr>
      <w:tblGrid>
        <w:gridCol w:w="3312"/>
        <w:gridCol w:w="3312"/>
        <w:gridCol w:w="3312"/>
      </w:tblGrid>
      <w:tr>
        <w:tc>
          <w:tcPr>
            <w:tcW w:type="dxa" w:w="3312"/>
            <w:vAlign w:val="center"/>
            <w:shd w:fill="D9EAF7"/>
          </w:tcPr>
          <w:p>
            <w:r/>
            <w:r>
              <w:rPr>
                <w:rFonts w:ascii="Arial" w:hAnsi="Arial"/>
                <w:b/>
                <w:sz w:val="18"/>
              </w:rPr>
              <w:t>Tense</w:t>
            </w:r>
          </w:p>
        </w:tc>
        <w:tc>
          <w:tcPr>
            <w:tcW w:type="dxa" w:w="3312"/>
            <w:vAlign w:val="center"/>
            <w:shd w:fill="D9EAF7"/>
          </w:tcPr>
          <w:p>
            <w:r/>
            <w:r>
              <w:rPr>
                <w:rFonts w:ascii="Arial" w:hAnsi="Arial"/>
                <w:b/>
                <w:sz w:val="18"/>
              </w:rPr>
              <w:t>Passive Formula</w:t>
            </w:r>
          </w:p>
        </w:tc>
        <w:tc>
          <w:tcPr>
            <w:tcW w:type="dxa" w:w="3312"/>
            <w:vAlign w:val="center"/>
            <w:shd w:fill="D9EAF7"/>
          </w:tcPr>
          <w:p>
            <w:r/>
            <w:r>
              <w:rPr>
                <w:rFonts w:ascii="Arial" w:hAnsi="Arial"/>
                <w:b/>
                <w:sz w:val="18"/>
              </w:rPr>
              <w:t>Example</w:t>
            </w:r>
          </w:p>
        </w:tc>
      </w:tr>
      <w:tr>
        <w:tc>
          <w:tcPr>
            <w:tcW w:type="dxa" w:w="3312"/>
            <w:vAlign w:val="center"/>
          </w:tcPr>
          <w:p>
            <w:r/>
            <w:r>
              <w:rPr>
                <w:rFonts w:ascii="Arial" w:hAnsi="Arial"/>
                <w:b w:val="0"/>
                <w:sz w:val="18"/>
              </w:rPr>
              <w:t>Simple Present</w:t>
            </w:r>
          </w:p>
        </w:tc>
        <w:tc>
          <w:tcPr>
            <w:tcW w:type="dxa" w:w="3312"/>
            <w:vAlign w:val="center"/>
          </w:tcPr>
          <w:p>
            <w:r/>
            <w:r>
              <w:rPr>
                <w:rFonts w:ascii="Arial" w:hAnsi="Arial"/>
                <w:b w:val="0"/>
                <w:sz w:val="18"/>
              </w:rPr>
              <w:t>am/is/are + V3</w:t>
            </w:r>
          </w:p>
        </w:tc>
        <w:tc>
          <w:tcPr>
            <w:tcW w:type="dxa" w:w="3312"/>
            <w:vAlign w:val="center"/>
          </w:tcPr>
          <w:p>
            <w:r/>
            <w:r>
              <w:rPr>
                <w:rFonts w:ascii="Arial" w:hAnsi="Arial"/>
                <w:b w:val="0"/>
                <w:sz w:val="18"/>
              </w:rPr>
              <w:t>Data are stored securely.</w:t>
            </w:r>
          </w:p>
        </w:tc>
      </w:tr>
      <w:tr>
        <w:tc>
          <w:tcPr>
            <w:tcW w:type="dxa" w:w="3312"/>
            <w:vAlign w:val="center"/>
          </w:tcPr>
          <w:p>
            <w:r/>
            <w:r>
              <w:rPr>
                <w:rFonts w:ascii="Arial" w:hAnsi="Arial"/>
                <w:b w:val="0"/>
                <w:sz w:val="18"/>
              </w:rPr>
              <w:t>Simple Past</w:t>
            </w:r>
          </w:p>
        </w:tc>
        <w:tc>
          <w:tcPr>
            <w:tcW w:type="dxa" w:w="3312"/>
            <w:vAlign w:val="center"/>
          </w:tcPr>
          <w:p>
            <w:r/>
            <w:r>
              <w:rPr>
                <w:rFonts w:ascii="Arial" w:hAnsi="Arial"/>
                <w:b w:val="0"/>
                <w:sz w:val="18"/>
              </w:rPr>
              <w:t>was/were + V3</w:t>
            </w:r>
          </w:p>
        </w:tc>
        <w:tc>
          <w:tcPr>
            <w:tcW w:type="dxa" w:w="3312"/>
            <w:vAlign w:val="center"/>
          </w:tcPr>
          <w:p>
            <w:r/>
            <w:r>
              <w:rPr>
                <w:rFonts w:ascii="Arial" w:hAnsi="Arial"/>
                <w:b w:val="0"/>
                <w:sz w:val="18"/>
              </w:rPr>
              <w:t>The file was deleted.</w:t>
            </w:r>
          </w:p>
        </w:tc>
      </w:tr>
      <w:tr>
        <w:tc>
          <w:tcPr>
            <w:tcW w:type="dxa" w:w="3312"/>
            <w:vAlign w:val="center"/>
          </w:tcPr>
          <w:p>
            <w:r/>
            <w:r>
              <w:rPr>
                <w:rFonts w:ascii="Arial" w:hAnsi="Arial"/>
                <w:b w:val="0"/>
                <w:sz w:val="18"/>
              </w:rPr>
              <w:t>Simple Future</w:t>
            </w:r>
          </w:p>
        </w:tc>
        <w:tc>
          <w:tcPr>
            <w:tcW w:type="dxa" w:w="3312"/>
            <w:vAlign w:val="center"/>
          </w:tcPr>
          <w:p>
            <w:r/>
            <w:r>
              <w:rPr>
                <w:rFonts w:ascii="Arial" w:hAnsi="Arial"/>
                <w:b w:val="0"/>
                <w:sz w:val="18"/>
              </w:rPr>
              <w:t>will be + V3</w:t>
            </w:r>
          </w:p>
        </w:tc>
        <w:tc>
          <w:tcPr>
            <w:tcW w:type="dxa" w:w="3312"/>
            <w:vAlign w:val="center"/>
          </w:tcPr>
          <w:p>
            <w:r/>
            <w:r>
              <w:rPr>
                <w:rFonts w:ascii="Arial" w:hAnsi="Arial"/>
                <w:b w:val="0"/>
                <w:sz w:val="18"/>
              </w:rPr>
              <w:t>The system will be updated.</w:t>
            </w:r>
          </w:p>
        </w:tc>
      </w:tr>
      <w:tr>
        <w:tc>
          <w:tcPr>
            <w:tcW w:type="dxa" w:w="3312"/>
            <w:vAlign w:val="center"/>
          </w:tcPr>
          <w:p>
            <w:r/>
            <w:r>
              <w:rPr>
                <w:rFonts w:ascii="Arial" w:hAnsi="Arial"/>
                <w:b w:val="0"/>
                <w:sz w:val="18"/>
              </w:rPr>
              <w:t>Present Continuous</w:t>
            </w:r>
          </w:p>
        </w:tc>
        <w:tc>
          <w:tcPr>
            <w:tcW w:type="dxa" w:w="3312"/>
            <w:vAlign w:val="center"/>
          </w:tcPr>
          <w:p>
            <w:r/>
            <w:r>
              <w:rPr>
                <w:rFonts w:ascii="Arial" w:hAnsi="Arial"/>
                <w:b w:val="0"/>
                <w:sz w:val="18"/>
              </w:rPr>
              <w:t>am/is/are being + V3</w:t>
            </w:r>
          </w:p>
        </w:tc>
        <w:tc>
          <w:tcPr>
            <w:tcW w:type="dxa" w:w="3312"/>
            <w:vAlign w:val="center"/>
          </w:tcPr>
          <w:p>
            <w:r/>
            <w:r>
              <w:rPr>
                <w:rFonts w:ascii="Arial" w:hAnsi="Arial"/>
                <w:b w:val="0"/>
                <w:sz w:val="18"/>
              </w:rPr>
              <w:t>The network is being monitored.</w:t>
            </w:r>
          </w:p>
        </w:tc>
      </w:tr>
      <w:tr>
        <w:tc>
          <w:tcPr>
            <w:tcW w:type="dxa" w:w="3312"/>
            <w:vAlign w:val="center"/>
          </w:tcPr>
          <w:p>
            <w:r/>
            <w:r>
              <w:rPr>
                <w:rFonts w:ascii="Arial" w:hAnsi="Arial"/>
                <w:b w:val="0"/>
                <w:sz w:val="18"/>
              </w:rPr>
              <w:t>Past Continuous</w:t>
            </w:r>
          </w:p>
        </w:tc>
        <w:tc>
          <w:tcPr>
            <w:tcW w:type="dxa" w:w="3312"/>
            <w:vAlign w:val="center"/>
          </w:tcPr>
          <w:p>
            <w:r/>
            <w:r>
              <w:rPr>
                <w:rFonts w:ascii="Arial" w:hAnsi="Arial"/>
                <w:b w:val="0"/>
                <w:sz w:val="18"/>
              </w:rPr>
              <w:t>was/were being + V3</w:t>
            </w:r>
          </w:p>
        </w:tc>
        <w:tc>
          <w:tcPr>
            <w:tcW w:type="dxa" w:w="3312"/>
            <w:vAlign w:val="center"/>
          </w:tcPr>
          <w:p>
            <w:r/>
            <w:r>
              <w:rPr>
                <w:rFonts w:ascii="Arial" w:hAnsi="Arial"/>
                <w:b w:val="0"/>
                <w:sz w:val="18"/>
              </w:rPr>
              <w:t>The device was being tested.</w:t>
            </w:r>
          </w:p>
        </w:tc>
      </w:tr>
      <w:tr>
        <w:tc>
          <w:tcPr>
            <w:tcW w:type="dxa" w:w="3312"/>
            <w:vAlign w:val="center"/>
          </w:tcPr>
          <w:p>
            <w:r/>
            <w:r>
              <w:rPr>
                <w:rFonts w:ascii="Arial" w:hAnsi="Arial"/>
                <w:b w:val="0"/>
                <w:sz w:val="18"/>
              </w:rPr>
              <w:t>Present Perfect</w:t>
            </w:r>
          </w:p>
        </w:tc>
        <w:tc>
          <w:tcPr>
            <w:tcW w:type="dxa" w:w="3312"/>
            <w:vAlign w:val="center"/>
          </w:tcPr>
          <w:p>
            <w:r/>
            <w:r>
              <w:rPr>
                <w:rFonts w:ascii="Arial" w:hAnsi="Arial"/>
                <w:b w:val="0"/>
                <w:sz w:val="18"/>
              </w:rPr>
              <w:t>has/have been + V3</w:t>
            </w:r>
          </w:p>
        </w:tc>
        <w:tc>
          <w:tcPr>
            <w:tcW w:type="dxa" w:w="3312"/>
            <w:vAlign w:val="center"/>
          </w:tcPr>
          <w:p>
            <w:r/>
            <w:r>
              <w:rPr>
                <w:rFonts w:ascii="Arial" w:hAnsi="Arial"/>
                <w:b w:val="0"/>
                <w:sz w:val="18"/>
              </w:rPr>
              <w:t>The software has been installed.</w:t>
            </w:r>
          </w:p>
        </w:tc>
      </w:tr>
      <w:tr>
        <w:tc>
          <w:tcPr>
            <w:tcW w:type="dxa" w:w="3312"/>
            <w:vAlign w:val="center"/>
          </w:tcPr>
          <w:p>
            <w:r/>
            <w:r>
              <w:rPr>
                <w:rFonts w:ascii="Arial" w:hAnsi="Arial"/>
                <w:b w:val="0"/>
                <w:sz w:val="18"/>
              </w:rPr>
              <w:t>Past Perfect</w:t>
            </w:r>
          </w:p>
        </w:tc>
        <w:tc>
          <w:tcPr>
            <w:tcW w:type="dxa" w:w="3312"/>
            <w:vAlign w:val="center"/>
          </w:tcPr>
          <w:p>
            <w:r/>
            <w:r>
              <w:rPr>
                <w:rFonts w:ascii="Arial" w:hAnsi="Arial"/>
                <w:b w:val="0"/>
                <w:sz w:val="18"/>
              </w:rPr>
              <w:t>had been + V3</w:t>
            </w:r>
          </w:p>
        </w:tc>
        <w:tc>
          <w:tcPr>
            <w:tcW w:type="dxa" w:w="3312"/>
            <w:vAlign w:val="center"/>
          </w:tcPr>
          <w:p>
            <w:r/>
            <w:r>
              <w:rPr>
                <w:rFonts w:ascii="Arial" w:hAnsi="Arial"/>
                <w:b w:val="0"/>
                <w:sz w:val="18"/>
              </w:rPr>
              <w:t>The data had been backed up.</w:t>
            </w:r>
          </w:p>
        </w:tc>
      </w:tr>
      <w:tr>
        <w:tc>
          <w:tcPr>
            <w:tcW w:type="dxa" w:w="3312"/>
            <w:vAlign w:val="center"/>
          </w:tcPr>
          <w:p>
            <w:r/>
            <w:r>
              <w:rPr>
                <w:rFonts w:ascii="Arial" w:hAnsi="Arial"/>
                <w:b w:val="0"/>
                <w:sz w:val="18"/>
              </w:rPr>
              <w:t>Modal</w:t>
            </w:r>
          </w:p>
        </w:tc>
        <w:tc>
          <w:tcPr>
            <w:tcW w:type="dxa" w:w="3312"/>
            <w:vAlign w:val="center"/>
          </w:tcPr>
          <w:p>
            <w:r/>
            <w:r>
              <w:rPr>
                <w:rFonts w:ascii="Arial" w:hAnsi="Arial"/>
                <w:b w:val="0"/>
                <w:sz w:val="18"/>
              </w:rPr>
              <w:t>modal + be + V3</w:t>
            </w:r>
          </w:p>
        </w:tc>
        <w:tc>
          <w:tcPr>
            <w:tcW w:type="dxa" w:w="3312"/>
            <w:vAlign w:val="center"/>
          </w:tcPr>
          <w:p>
            <w:r/>
            <w:r>
              <w:rPr>
                <w:rFonts w:ascii="Arial" w:hAnsi="Arial"/>
                <w:b w:val="0"/>
                <w:sz w:val="18"/>
              </w:rPr>
              <w:t>The password must be changed.</w:t>
            </w:r>
          </w:p>
        </w:tc>
      </w:tr>
    </w:tbl>
    <w:p>
      <w:pPr>
        <w:pStyle w:val="Heading2"/>
      </w:pPr>
      <w:r>
        <w:rPr>
          <w:b w:val="0"/>
          <w:i w:val="0"/>
        </w:rPr>
        <w:t>4. Affirmative, Negative, and Interrogative Passive Voice</w:t>
      </w:r>
    </w:p>
    <w:p>
      <w:pPr>
        <w:pStyle w:val="ListBullet"/>
      </w:pPr>
      <w:r>
        <w:t>Affirmative: The data are stored on the server.</w:t>
      </w:r>
    </w:p>
    <w:p>
      <w:pPr>
        <w:pStyle w:val="ListBullet"/>
      </w:pPr>
      <w:r>
        <w:t>Negative: The data are not stored on the local computer.</w:t>
      </w:r>
    </w:p>
    <w:p>
      <w:pPr>
        <w:pStyle w:val="ListBullet"/>
      </w:pPr>
      <w:r>
        <w:t>Yes/No question: Are the data stored on the server?</w:t>
      </w:r>
    </w:p>
    <w:p>
      <w:pPr>
        <w:pStyle w:val="ListBullet"/>
      </w:pPr>
      <w:r>
        <w:t>WH-question: Where are the data stored?</w:t>
      </w:r>
    </w:p>
    <w:p>
      <w:pPr>
        <w:pStyle w:val="ListBullet"/>
      </w:pPr>
      <w:r>
        <w:t>Past affirmative: The software was tested yesterday.</w:t>
      </w:r>
    </w:p>
    <w:p>
      <w:pPr>
        <w:pStyle w:val="ListBullet"/>
      </w:pPr>
      <w:r>
        <w:t>Past negative: The software was not tested yesterday.</w:t>
      </w:r>
    </w:p>
    <w:p>
      <w:pPr>
        <w:pStyle w:val="ListBullet"/>
      </w:pPr>
      <w:r>
        <w:t>Past question: Was the software tested yesterday?</w:t>
      </w:r>
    </w:p>
    <w:p>
      <w:pPr>
        <w:pStyle w:val="ListBullet"/>
      </w:pPr>
      <w:r>
        <w:t>Future question: When will the system be updated?</w:t>
      </w:r>
    </w:p>
    <w:p>
      <w:pPr>
        <w:pStyle w:val="Heading2"/>
      </w:pPr>
      <w:r>
        <w:rPr>
          <w:b w:val="0"/>
          <w:i w:val="0"/>
        </w:rPr>
        <w:t>5. How to Change Active into Passive</w:t>
      </w:r>
    </w:p>
    <w:p>
      <w:pPr>
        <w:pStyle w:val="ListNumber"/>
      </w:pPr>
      <w:r>
        <w:t>Identify the object of the active sentence.</w:t>
      </w:r>
    </w:p>
    <w:p>
      <w:pPr>
        <w:pStyle w:val="ListNumber"/>
      </w:pPr>
      <w:r>
        <w:t>Move the object to the subject position of the passive sentence.</w:t>
      </w:r>
    </w:p>
    <w:p>
      <w:pPr>
        <w:pStyle w:val="ListNumber"/>
      </w:pPr>
      <w:r>
        <w:t>Use the appropriate form of BE according to the original tense.</w:t>
      </w:r>
    </w:p>
    <w:p>
      <w:pPr>
        <w:pStyle w:val="ListNumber"/>
      </w:pPr>
      <w:r>
        <w:t>Change the main verb to its past participle (V3) form.</w:t>
      </w:r>
    </w:p>
    <w:p>
      <w:pPr>
        <w:pStyle w:val="ListNumber"/>
      </w:pPr>
      <w:r>
        <w:t>Add by + agent when the performer is important or needs to be identified.</w:t>
      </w:r>
    </w:p>
    <w:p>
      <w:r>
        <w:rPr>
          <w:b w:val="0"/>
          <w:i w:val="0"/>
        </w:rPr>
        <w:t>Example: The technician repaired the computer.</w:t>
      </w:r>
    </w:p>
    <w:p>
      <w:r>
        <w:rPr>
          <w:b w:val="0"/>
          <w:i w:val="0"/>
        </w:rPr>
        <w:t>Object = the computer → Passive subject = the computer.</w:t>
      </w:r>
    </w:p>
    <w:p>
      <w:r>
        <w:rPr>
          <w:b w:val="0"/>
          <w:i w:val="0"/>
        </w:rPr>
        <w:t>Simple Past BE = was → V3 of repair = repaired.</w:t>
      </w:r>
    </w:p>
    <w:p>
      <w:r>
        <w:rPr>
          <w:b w:val="0"/>
          <w:i w:val="0"/>
        </w:rPr>
        <w:t>Passive: The computer was repaired by the technician.</w:t>
      </w:r>
    </w:p>
    <w:p>
      <w:pPr>
        <w:pStyle w:val="Heading2"/>
      </w:pPr>
      <w:r>
        <w:rPr>
          <w:b w:val="0"/>
          <w:i w:val="0"/>
        </w:rPr>
        <w:t>6. When “by + agent” Is Not Necessary</w:t>
      </w:r>
    </w:p>
    <w:p>
      <w:r>
        <w:rPr>
          <w:b w:val="0"/>
          <w:i w:val="0"/>
        </w:rPr>
        <w:t>The agent can be omitted when it is unknown, obvious, general, or not important.</w:t>
      </w:r>
    </w:p>
    <w:p>
      <w:pPr>
        <w:pStyle w:val="ListBullet"/>
      </w:pPr>
      <w:r>
        <w:t>The password was changed. (The person who changed it is not important.)</w:t>
      </w:r>
    </w:p>
    <w:p>
      <w:pPr>
        <w:pStyle w:val="ListBullet"/>
      </w:pPr>
      <w:r>
        <w:t>The data are stored in the cloud. (The focus is the data and storage location.)</w:t>
      </w:r>
    </w:p>
    <w:p>
      <w:pPr>
        <w:pStyle w:val="ListBullet"/>
      </w:pPr>
      <w:r>
        <w:t>The software was updated yesterday. (The updater may be obvious or irrelevant.)</w:t>
      </w:r>
    </w:p>
    <w:p>
      <w:pPr>
        <w:pStyle w:val="Heading2"/>
      </w:pPr>
      <w:r>
        <w:rPr>
          <w:b w:val="0"/>
          <w:i w:val="0"/>
        </w:rPr>
        <w:t>7. Passive Voice in ICT Documentation</w:t>
      </w:r>
    </w:p>
    <w:p>
      <w:r>
        <w:rPr>
          <w:b w:val="0"/>
          <w:i w:val="0"/>
        </w:rPr>
        <w:t>Passive Voice is particularly useful in ICT because technical descriptions often focus on systems, procedures, data, devices, and results.</w:t>
      </w:r>
    </w:p>
    <w:p>
      <w:pPr>
        <w:pStyle w:val="ListBullet"/>
      </w:pPr>
      <w:r>
        <w:t>System description: “User information is stored securely.”</w:t>
      </w:r>
    </w:p>
    <w:p>
      <w:pPr>
        <w:pStyle w:val="ListBullet"/>
      </w:pPr>
      <w:r>
        <w:t>Procedure: “The device is connected to the network.”</w:t>
      </w:r>
    </w:p>
    <w:p>
      <w:pPr>
        <w:pStyle w:val="ListBullet"/>
      </w:pPr>
      <w:r>
        <w:t>Security: “Sensitive data are encrypted.”</w:t>
      </w:r>
    </w:p>
    <w:p>
      <w:pPr>
        <w:pStyle w:val="ListBullet"/>
      </w:pPr>
      <w:r>
        <w:t>Maintenance: “The server is checked every morning.”</w:t>
      </w:r>
    </w:p>
    <w:p>
      <w:pPr>
        <w:pStyle w:val="ListBullet"/>
      </w:pPr>
      <w:r>
        <w:t>Testing: “The application was tested before deployment.”</w:t>
      </w:r>
    </w:p>
    <w:p>
      <w:pPr>
        <w:pStyle w:val="ListBullet"/>
      </w:pPr>
      <w:r>
        <w:t>Reporting: “The results were analyzed using software.”</w:t>
      </w:r>
    </w:p>
    <w:p>
      <w:pPr>
        <w:pStyle w:val="Heading2"/>
      </w:pPr>
      <w:r>
        <w:rPr>
          <w:b w:val="0"/>
          <w:i w:val="0"/>
        </w:rPr>
        <w:t>8. Common Errors</w:t>
      </w:r>
    </w:p>
    <w:p>
      <w:pPr>
        <w:pStyle w:val="ListBullet"/>
      </w:pPr>
      <w:r>
        <w:t>Incorrect: The data is store on the server. → Correct: The data are stored on the server.</w:t>
      </w:r>
    </w:p>
    <w:p>
      <w:pPr>
        <w:pStyle w:val="ListBullet"/>
      </w:pPr>
      <w:r>
        <w:t>Incorrect: The software was install yesterday. → Correct: The software was installed yesterday.</w:t>
      </w:r>
    </w:p>
    <w:p>
      <w:pPr>
        <w:pStyle w:val="ListBullet"/>
      </w:pPr>
      <w:r>
        <w:t>Incorrect: The system is updated by the technician yesterday. → Correct: The system was updated by the technician yesterday.</w:t>
      </w:r>
    </w:p>
    <w:p>
      <w:pPr>
        <w:pStyle w:val="ListBullet"/>
      </w:pPr>
      <w:r>
        <w:t>Incorrect: The files will uploaded tomorrow. → Correct: The files will be uploaded tomorrow.</w:t>
      </w:r>
    </w:p>
    <w:p>
      <w:pPr>
        <w:pStyle w:val="ListBullet"/>
      </w:pPr>
      <w:r>
        <w:t>Incorrect: Is the password changed by user? → Better: Is the password changed by the user?</w:t>
      </w:r>
    </w:p>
    <w:p>
      <w:pPr>
        <w:pStyle w:val="Heading1"/>
      </w:pPr>
      <w:r>
        <w:rPr>
          <w:b w:val="0"/>
          <w:i w:val="0"/>
        </w:rPr>
        <w:t>PART C. MULTIPLE-CHOICE EXERCISE</w:t>
      </w:r>
    </w:p>
    <w:p>
      <w:r>
        <w:rPr>
          <w:b w:val="0"/>
          <w:i w:val="0"/>
        </w:rPr>
        <w:t>Choose the best answer: A, B, C, or D.</w:t>
      </w:r>
    </w:p>
    <w:p>
      <w:r>
        <w:rPr>
          <w:b w:val="0"/>
          <w:i w:val="0"/>
        </w:rPr>
        <w:t>1. The data ______ stored on a secure server.</w:t>
      </w:r>
    </w:p>
    <w:p>
      <w:r>
        <w:rPr>
          <w:b w:val="0"/>
          <w:i w:val="0"/>
        </w:rPr>
        <w:t>A. is</w:t>
      </w:r>
    </w:p>
    <w:p>
      <w:r>
        <w:rPr>
          <w:b w:val="0"/>
          <w:i w:val="0"/>
        </w:rPr>
        <w:t>B. are</w:t>
      </w:r>
    </w:p>
    <w:p>
      <w:r>
        <w:rPr>
          <w:b w:val="0"/>
          <w:i w:val="0"/>
        </w:rPr>
        <w:t>C. be</w:t>
      </w:r>
    </w:p>
    <w:p>
      <w:r>
        <w:rPr>
          <w:b w:val="0"/>
          <w:i w:val="0"/>
        </w:rPr>
        <w:t>D. being</w:t>
      </w:r>
    </w:p>
    <w:p>
      <w:r>
        <w:rPr>
          <w:b w:val="0"/>
          <w:i w:val="0"/>
        </w:rPr>
        <w:t>2. The software ______ tested yesterday.</w:t>
      </w:r>
    </w:p>
    <w:p>
      <w:r>
        <w:rPr>
          <w:b w:val="0"/>
          <w:i w:val="0"/>
        </w:rPr>
        <w:t>A. is</w:t>
      </w:r>
    </w:p>
    <w:p>
      <w:r>
        <w:rPr>
          <w:b w:val="0"/>
          <w:i w:val="0"/>
        </w:rPr>
        <w:t>B. are</w:t>
      </w:r>
    </w:p>
    <w:p>
      <w:r>
        <w:rPr>
          <w:b w:val="0"/>
          <w:i w:val="0"/>
        </w:rPr>
        <w:t>C. was</w:t>
      </w:r>
    </w:p>
    <w:p>
      <w:r>
        <w:rPr>
          <w:b w:val="0"/>
          <w:i w:val="0"/>
        </w:rPr>
        <w:t>D. were</w:t>
      </w:r>
    </w:p>
    <w:p>
      <w:r>
        <w:rPr>
          <w:b w:val="0"/>
          <w:i w:val="0"/>
        </w:rPr>
        <w:t>3. The system ______ updated next week.</w:t>
      </w:r>
    </w:p>
    <w:p>
      <w:r>
        <w:rPr>
          <w:b w:val="0"/>
          <w:i w:val="0"/>
        </w:rPr>
        <w:t>A. will be</w:t>
      </w:r>
    </w:p>
    <w:p>
      <w:r>
        <w:rPr>
          <w:b w:val="0"/>
          <w:i w:val="0"/>
        </w:rPr>
        <w:t>B. will</w:t>
      </w:r>
    </w:p>
    <w:p>
      <w:r>
        <w:rPr>
          <w:b w:val="0"/>
          <w:i w:val="0"/>
        </w:rPr>
        <w:t>C. is</w:t>
      </w:r>
    </w:p>
    <w:p>
      <w:r>
        <w:rPr>
          <w:b w:val="0"/>
          <w:i w:val="0"/>
        </w:rPr>
        <w:t>D. was</w:t>
      </w:r>
    </w:p>
    <w:p>
      <w:r>
        <w:rPr>
          <w:b w:val="0"/>
          <w:i w:val="0"/>
        </w:rPr>
        <w:t>4. The network is ______ by the security team.</w:t>
      </w:r>
    </w:p>
    <w:p>
      <w:r>
        <w:rPr>
          <w:b w:val="0"/>
          <w:i w:val="0"/>
        </w:rPr>
        <w:t>A. monitor</w:t>
      </w:r>
    </w:p>
    <w:p>
      <w:r>
        <w:rPr>
          <w:b w:val="0"/>
          <w:i w:val="0"/>
        </w:rPr>
        <w:t>B. monitored</w:t>
      </w:r>
    </w:p>
    <w:p>
      <w:r>
        <w:rPr>
          <w:b w:val="0"/>
          <w:i w:val="0"/>
        </w:rPr>
        <w:t>C. monitoring</w:t>
      </w:r>
    </w:p>
    <w:p>
      <w:r>
        <w:rPr>
          <w:b w:val="0"/>
          <w:i w:val="0"/>
        </w:rPr>
        <w:t>D. being monitor</w:t>
      </w:r>
    </w:p>
    <w:p>
      <w:r>
        <w:rPr>
          <w:b w:val="0"/>
          <w:i w:val="0"/>
        </w:rPr>
        <w:t>5. The application was ______ before release.</w:t>
      </w:r>
    </w:p>
    <w:p>
      <w:r>
        <w:rPr>
          <w:b w:val="0"/>
          <w:i w:val="0"/>
        </w:rPr>
        <w:t>A. test</w:t>
      </w:r>
    </w:p>
    <w:p>
      <w:r>
        <w:rPr>
          <w:b w:val="0"/>
          <w:i w:val="0"/>
        </w:rPr>
        <w:t>B. testing</w:t>
      </w:r>
    </w:p>
    <w:p>
      <w:r>
        <w:rPr>
          <w:b w:val="0"/>
          <w:i w:val="0"/>
        </w:rPr>
        <w:t>C. tested</w:t>
      </w:r>
    </w:p>
    <w:p>
      <w:r>
        <w:rPr>
          <w:b w:val="0"/>
          <w:i w:val="0"/>
        </w:rPr>
        <w:t>D. tests</w:t>
      </w:r>
    </w:p>
    <w:p>
      <w:r>
        <w:rPr>
          <w:b w:val="0"/>
          <w:i w:val="0"/>
        </w:rPr>
        <w:t>6. Sensitive information ______ encrypted before transmission.</w:t>
      </w:r>
    </w:p>
    <w:p>
      <w:r>
        <w:rPr>
          <w:b w:val="0"/>
          <w:i w:val="0"/>
        </w:rPr>
        <w:t>A. is</w:t>
      </w:r>
    </w:p>
    <w:p>
      <w:r>
        <w:rPr>
          <w:b w:val="0"/>
          <w:i w:val="0"/>
        </w:rPr>
        <w:t>B. are</w:t>
      </w:r>
    </w:p>
    <w:p>
      <w:r>
        <w:rPr>
          <w:b w:val="0"/>
          <w:i w:val="0"/>
        </w:rPr>
        <w:t>C. was being</w:t>
      </w:r>
    </w:p>
    <w:p>
      <w:r>
        <w:rPr>
          <w:b w:val="0"/>
          <w:i w:val="0"/>
        </w:rPr>
        <w:t>D. have</w:t>
      </w:r>
    </w:p>
    <w:p>
      <w:r>
        <w:rPr>
          <w:b w:val="0"/>
          <w:i w:val="0"/>
        </w:rPr>
        <w:t>7. The files have been ______ to the cloud.</w:t>
      </w:r>
    </w:p>
    <w:p>
      <w:r>
        <w:rPr>
          <w:b w:val="0"/>
          <w:i w:val="0"/>
        </w:rPr>
        <w:t>A. upload</w:t>
      </w:r>
    </w:p>
    <w:p>
      <w:r>
        <w:rPr>
          <w:b w:val="0"/>
          <w:i w:val="0"/>
        </w:rPr>
        <w:t>B. uploaded</w:t>
      </w:r>
    </w:p>
    <w:p>
      <w:r>
        <w:rPr>
          <w:b w:val="0"/>
          <w:i w:val="0"/>
        </w:rPr>
        <w:t>C. uploading</w:t>
      </w:r>
    </w:p>
    <w:p>
      <w:r>
        <w:rPr>
          <w:b w:val="0"/>
          <w:i w:val="0"/>
        </w:rPr>
        <w:t>D. uploads</w:t>
      </w:r>
    </w:p>
    <w:p>
      <w:r>
        <w:rPr>
          <w:b w:val="0"/>
          <w:i w:val="0"/>
        </w:rPr>
        <w:t>8. The password must ______ regularly.</w:t>
      </w:r>
    </w:p>
    <w:p>
      <w:r>
        <w:rPr>
          <w:b w:val="0"/>
          <w:i w:val="0"/>
        </w:rPr>
        <w:t>A. change</w:t>
      </w:r>
    </w:p>
    <w:p>
      <w:r>
        <w:rPr>
          <w:b w:val="0"/>
          <w:i w:val="0"/>
        </w:rPr>
        <w:t>B. changed</w:t>
      </w:r>
    </w:p>
    <w:p>
      <w:r>
        <w:rPr>
          <w:b w:val="0"/>
          <w:i w:val="0"/>
        </w:rPr>
        <w:t>C. be changed</w:t>
      </w:r>
    </w:p>
    <w:p>
      <w:r>
        <w:rPr>
          <w:b w:val="0"/>
          <w:i w:val="0"/>
        </w:rPr>
        <w:t>D. be changing</w:t>
      </w:r>
    </w:p>
    <w:p>
      <w:r>
        <w:rPr>
          <w:b w:val="0"/>
          <w:i w:val="0"/>
        </w:rPr>
        <w:t>9. Which sentence is Passive Voice?</w:t>
      </w:r>
    </w:p>
    <w:p>
      <w:r>
        <w:rPr>
          <w:b w:val="0"/>
          <w:i w:val="0"/>
        </w:rPr>
        <w:t>A. The technician repairs the computer.</w:t>
      </w:r>
    </w:p>
    <w:p>
      <w:r>
        <w:rPr>
          <w:b w:val="0"/>
          <w:i w:val="0"/>
        </w:rPr>
        <w:t>B. The technician is repairing the computer.</w:t>
      </w:r>
    </w:p>
    <w:p>
      <w:r>
        <w:rPr>
          <w:b w:val="0"/>
          <w:i w:val="0"/>
        </w:rPr>
        <w:t>C. The computer is repaired by the technician.</w:t>
      </w:r>
    </w:p>
    <w:p>
      <w:r>
        <w:rPr>
          <w:b w:val="0"/>
          <w:i w:val="0"/>
        </w:rPr>
        <w:t>D. The technician repaired the computer.</w:t>
      </w:r>
    </w:p>
    <w:p>
      <w:r>
        <w:rPr>
          <w:b w:val="0"/>
          <w:i w:val="0"/>
        </w:rPr>
        <w:t>10. Active: “The team tested the software.” Passive: ______</w:t>
      </w:r>
    </w:p>
    <w:p>
      <w:r>
        <w:rPr>
          <w:b w:val="0"/>
          <w:i w:val="0"/>
        </w:rPr>
        <w:t>A. The software tests the team.</w:t>
      </w:r>
    </w:p>
    <w:p>
      <w:r>
        <w:rPr>
          <w:b w:val="0"/>
          <w:i w:val="0"/>
        </w:rPr>
        <w:t>B. The software was tested by the team.</w:t>
      </w:r>
    </w:p>
    <w:p>
      <w:r>
        <w:rPr>
          <w:b w:val="0"/>
          <w:i w:val="0"/>
        </w:rPr>
        <w:t>C. The software is testing by the team.</w:t>
      </w:r>
    </w:p>
    <w:p>
      <w:r>
        <w:rPr>
          <w:b w:val="0"/>
          <w:i w:val="0"/>
        </w:rPr>
        <w:t>D. The software had test by the team.</w:t>
      </w:r>
    </w:p>
    <w:p>
      <w:r>
        <w:rPr>
          <w:b w:val="0"/>
          <w:i w:val="0"/>
        </w:rPr>
        <w:t>11. Active: “The company will update the system.” Passive: ______</w:t>
      </w:r>
    </w:p>
    <w:p>
      <w:r>
        <w:rPr>
          <w:b w:val="0"/>
          <w:i w:val="0"/>
        </w:rPr>
        <w:t>A. The system will be updated by the company.</w:t>
      </w:r>
    </w:p>
    <w:p>
      <w:r>
        <w:rPr>
          <w:b w:val="0"/>
          <w:i w:val="0"/>
        </w:rPr>
        <w:t>B. The system is updated by the company.</w:t>
      </w:r>
    </w:p>
    <w:p>
      <w:r>
        <w:rPr>
          <w:b w:val="0"/>
          <w:i w:val="0"/>
        </w:rPr>
        <w:t>C. The system was updated by the company.</w:t>
      </w:r>
    </w:p>
    <w:p>
      <w:r>
        <w:rPr>
          <w:b w:val="0"/>
          <w:i w:val="0"/>
        </w:rPr>
        <w:t>D. The system will updated by the company.</w:t>
      </w:r>
    </w:p>
    <w:p>
      <w:r>
        <w:rPr>
          <w:b w:val="0"/>
          <w:i w:val="0"/>
        </w:rPr>
        <w:t>12. “The server is being monitored” is ______ Passive.</w:t>
      </w:r>
    </w:p>
    <w:p>
      <w:r>
        <w:rPr>
          <w:b w:val="0"/>
          <w:i w:val="0"/>
        </w:rPr>
        <w:t>A. Simple Present</w:t>
      </w:r>
    </w:p>
    <w:p>
      <w:r>
        <w:rPr>
          <w:b w:val="0"/>
          <w:i w:val="0"/>
        </w:rPr>
        <w:t>B. Present Continuous</w:t>
      </w:r>
    </w:p>
    <w:p>
      <w:r>
        <w:rPr>
          <w:b w:val="0"/>
          <w:i w:val="0"/>
        </w:rPr>
        <w:t>C. Simple Past</w:t>
      </w:r>
    </w:p>
    <w:p>
      <w:r>
        <w:rPr>
          <w:b w:val="0"/>
          <w:i w:val="0"/>
        </w:rPr>
        <w:t>D. Present Perfect</w:t>
      </w:r>
    </w:p>
    <w:p>
      <w:r>
        <w:rPr>
          <w:b w:val="0"/>
          <w:i w:val="0"/>
        </w:rPr>
        <w:t>13. “The device was being checked” is ______ Passive.</w:t>
      </w:r>
    </w:p>
    <w:p>
      <w:r>
        <w:rPr>
          <w:b w:val="0"/>
          <w:i w:val="0"/>
        </w:rPr>
        <w:t>A. Past Continuous</w:t>
      </w:r>
    </w:p>
    <w:p>
      <w:r>
        <w:rPr>
          <w:b w:val="0"/>
          <w:i w:val="0"/>
        </w:rPr>
        <w:t>B. Simple Past</w:t>
      </w:r>
    </w:p>
    <w:p>
      <w:r>
        <w:rPr>
          <w:b w:val="0"/>
          <w:i w:val="0"/>
        </w:rPr>
        <w:t>C. Past Perfect</w:t>
      </w:r>
    </w:p>
    <w:p>
      <w:r>
        <w:rPr>
          <w:b w:val="0"/>
          <w:i w:val="0"/>
        </w:rPr>
        <w:t>D. Present Continuous</w:t>
      </w:r>
    </w:p>
    <w:p>
      <w:r>
        <w:rPr>
          <w:b w:val="0"/>
          <w:i w:val="0"/>
        </w:rPr>
        <w:t>14. “The installation has been completed” uses ______.</w:t>
      </w:r>
    </w:p>
    <w:p>
      <w:r>
        <w:rPr>
          <w:b w:val="0"/>
          <w:i w:val="0"/>
        </w:rPr>
        <w:t>A. Simple Past Passive</w:t>
      </w:r>
    </w:p>
    <w:p>
      <w:r>
        <w:rPr>
          <w:b w:val="0"/>
          <w:i w:val="0"/>
        </w:rPr>
        <w:t>B. Present Perfect Passive</w:t>
      </w:r>
    </w:p>
    <w:p>
      <w:r>
        <w:rPr>
          <w:b w:val="0"/>
          <w:i w:val="0"/>
        </w:rPr>
        <w:t>C. Simple Present Passive</w:t>
      </w:r>
    </w:p>
    <w:p>
      <w:r>
        <w:rPr>
          <w:b w:val="0"/>
          <w:i w:val="0"/>
        </w:rPr>
        <w:t>D. Future Passive</w:t>
      </w:r>
    </w:p>
    <w:p>
      <w:r>
        <w:rPr>
          <w:b w:val="0"/>
          <w:i w:val="0"/>
        </w:rPr>
        <w:t>15. Which sentence is negative Passive Voice?</w:t>
      </w:r>
    </w:p>
    <w:p>
      <w:r>
        <w:rPr>
          <w:b w:val="0"/>
          <w:i w:val="0"/>
        </w:rPr>
        <w:t>A. The file does not save.</w:t>
      </w:r>
    </w:p>
    <w:p>
      <w:r>
        <w:rPr>
          <w:b w:val="0"/>
          <w:i w:val="0"/>
        </w:rPr>
        <w:t>B. The file is not saved automatically.</w:t>
      </w:r>
    </w:p>
    <w:p>
      <w:r>
        <w:rPr>
          <w:b w:val="0"/>
          <w:i w:val="0"/>
        </w:rPr>
        <w:t>C. The file not saved automatically.</w:t>
      </w:r>
    </w:p>
    <w:p>
      <w:r>
        <w:rPr>
          <w:b w:val="0"/>
          <w:i w:val="0"/>
        </w:rPr>
        <w:t>D. The file did not saved.</w:t>
      </w:r>
    </w:p>
    <w:p>
      <w:r>
        <w:rPr>
          <w:b w:val="0"/>
          <w:i w:val="0"/>
        </w:rPr>
        <w:t>16. Which is the correct question?</w:t>
      </w:r>
    </w:p>
    <w:p>
      <w:r>
        <w:rPr>
          <w:b w:val="0"/>
          <w:i w:val="0"/>
        </w:rPr>
        <w:t>A. Is the system updated regularly?</w:t>
      </w:r>
    </w:p>
    <w:p>
      <w:r>
        <w:rPr>
          <w:b w:val="0"/>
          <w:i w:val="0"/>
        </w:rPr>
        <w:t>B. Does the system is updated regularly?</w:t>
      </w:r>
    </w:p>
    <w:p>
      <w:r>
        <w:rPr>
          <w:b w:val="0"/>
          <w:i w:val="0"/>
        </w:rPr>
        <w:t>C. Is the system update regularly?</w:t>
      </w:r>
    </w:p>
    <w:p>
      <w:r>
        <w:rPr>
          <w:b w:val="0"/>
          <w:i w:val="0"/>
        </w:rPr>
        <w:t>D. Does the system updated regularly?</w:t>
      </w:r>
    </w:p>
    <w:p>
      <w:r>
        <w:rPr>
          <w:b w:val="0"/>
          <w:i w:val="0"/>
        </w:rPr>
        <w:t>17. Which WH-question is correct?</w:t>
      </w:r>
    </w:p>
    <w:p>
      <w:r>
        <w:rPr>
          <w:b w:val="0"/>
          <w:i w:val="0"/>
        </w:rPr>
        <w:t>A. Where the data are stored?</w:t>
      </w:r>
    </w:p>
    <w:p>
      <w:r>
        <w:rPr>
          <w:b w:val="0"/>
          <w:i w:val="0"/>
        </w:rPr>
        <w:t>B. Where are the data stored?</w:t>
      </w:r>
    </w:p>
    <w:p>
      <w:r>
        <w:rPr>
          <w:b w:val="0"/>
          <w:i w:val="0"/>
        </w:rPr>
        <w:t>C. Where do the data stored?</w:t>
      </w:r>
    </w:p>
    <w:p>
      <w:r>
        <w:rPr>
          <w:b w:val="0"/>
          <w:i w:val="0"/>
        </w:rPr>
        <w:t>D. Where did the data are stored?</w:t>
      </w:r>
    </w:p>
    <w:p>
      <w:r>
        <w:rPr>
          <w:b w:val="0"/>
          <w:i w:val="0"/>
        </w:rPr>
        <w:t>18. “The files were deleted” focuses on ______.</w:t>
      </w:r>
    </w:p>
    <w:p>
      <w:r>
        <w:rPr>
          <w:b w:val="0"/>
          <w:i w:val="0"/>
        </w:rPr>
        <w:t>A. the person who deleted them</w:t>
      </w:r>
    </w:p>
    <w:p>
      <w:r>
        <w:rPr>
          <w:b w:val="0"/>
          <w:i w:val="0"/>
        </w:rPr>
        <w:t>B. the files and the action</w:t>
      </w:r>
    </w:p>
    <w:p>
      <w:r>
        <w:rPr>
          <w:b w:val="0"/>
          <w:i w:val="0"/>
        </w:rPr>
        <w:t>C. the future</w:t>
      </w:r>
    </w:p>
    <w:p>
      <w:r>
        <w:rPr>
          <w:b w:val="0"/>
          <w:i w:val="0"/>
        </w:rPr>
        <w:t>D. the question word</w:t>
      </w:r>
    </w:p>
    <w:p>
      <w:r>
        <w:rPr>
          <w:b w:val="0"/>
          <w:i w:val="0"/>
        </w:rPr>
        <w:t>19. Which sentence is correct?</w:t>
      </w:r>
    </w:p>
    <w:p>
      <w:r>
        <w:rPr>
          <w:b w:val="0"/>
          <w:i w:val="0"/>
        </w:rPr>
        <w:t>A. The software was install yesterday.</w:t>
      </w:r>
    </w:p>
    <w:p>
      <w:r>
        <w:rPr>
          <w:b w:val="0"/>
          <w:i w:val="0"/>
        </w:rPr>
        <w:t>B. The software was installed yesterday.</w:t>
      </w:r>
    </w:p>
    <w:p>
      <w:r>
        <w:rPr>
          <w:b w:val="0"/>
          <w:i w:val="0"/>
        </w:rPr>
        <w:t>C. The software were installed yesterday.</w:t>
      </w:r>
    </w:p>
    <w:p>
      <w:r>
        <w:rPr>
          <w:b w:val="0"/>
          <w:i w:val="0"/>
        </w:rPr>
        <w:t>D. The software is installed yesterday.</w:t>
      </w:r>
    </w:p>
    <w:p>
      <w:r>
        <w:rPr>
          <w:b w:val="0"/>
          <w:i w:val="0"/>
        </w:rPr>
        <w:t>20. Which sentence correctly uses Future Passive?</w:t>
      </w:r>
    </w:p>
    <w:p>
      <w:r>
        <w:rPr>
          <w:b w:val="0"/>
          <w:i w:val="0"/>
        </w:rPr>
        <w:t>A. The system will updated tomorrow.</w:t>
      </w:r>
    </w:p>
    <w:p>
      <w:r>
        <w:rPr>
          <w:b w:val="0"/>
          <w:i w:val="0"/>
        </w:rPr>
        <w:t>B. The system will be updated tomorrow.</w:t>
      </w:r>
    </w:p>
    <w:p>
      <w:r>
        <w:rPr>
          <w:b w:val="0"/>
          <w:i w:val="0"/>
        </w:rPr>
        <w:t>C. The system will be update tomorrow.</w:t>
      </w:r>
    </w:p>
    <w:p>
      <w:r>
        <w:rPr>
          <w:b w:val="0"/>
          <w:i w:val="0"/>
        </w:rPr>
        <w:t>D. The system is be updated tomorrow.</w:t>
      </w:r>
    </w:p>
    <w:p>
      <w:r>
        <w:rPr>
          <w:b w:val="0"/>
          <w:i w:val="0"/>
        </w:rPr>
        <w:t>21. Which sentence correctly uses Present Perfect Passive?</w:t>
      </w:r>
    </w:p>
    <w:p>
      <w:r>
        <w:rPr>
          <w:b w:val="0"/>
          <w:i w:val="0"/>
        </w:rPr>
        <w:t>A. The data have been backed up.</w:t>
      </w:r>
    </w:p>
    <w:p>
      <w:r>
        <w:rPr>
          <w:b w:val="0"/>
          <w:i w:val="0"/>
        </w:rPr>
        <w:t>B. The data has been back up.</w:t>
      </w:r>
    </w:p>
    <w:p>
      <w:r>
        <w:rPr>
          <w:b w:val="0"/>
          <w:i w:val="0"/>
        </w:rPr>
        <w:t>C. The data have being backed up.</w:t>
      </w:r>
    </w:p>
    <w:p>
      <w:r>
        <w:rPr>
          <w:b w:val="0"/>
          <w:i w:val="0"/>
        </w:rPr>
        <w:t>D. The data are been backed up.</w:t>
      </w:r>
    </w:p>
    <w:p>
      <w:r>
        <w:rPr>
          <w:b w:val="0"/>
          <w:i w:val="0"/>
        </w:rPr>
        <w:t>22. “The password must be changed” means that ______.</w:t>
      </w:r>
    </w:p>
    <w:p>
      <w:r>
        <w:rPr>
          <w:b w:val="0"/>
          <w:i w:val="0"/>
        </w:rPr>
        <w:t>A. users may ignore the password</w:t>
      </w:r>
    </w:p>
    <w:p>
      <w:r>
        <w:rPr>
          <w:b w:val="0"/>
          <w:i w:val="0"/>
        </w:rPr>
        <w:t>B. changing the password is required</w:t>
      </w:r>
    </w:p>
    <w:p>
      <w:r>
        <w:rPr>
          <w:b w:val="0"/>
          <w:i w:val="0"/>
        </w:rPr>
        <w:t>C. the password changed yesterday</w:t>
      </w:r>
    </w:p>
    <w:p>
      <w:r>
        <w:rPr>
          <w:b w:val="0"/>
          <w:i w:val="0"/>
        </w:rPr>
        <w:t>D. the password is being created</w:t>
      </w:r>
    </w:p>
    <w:p>
      <w:r>
        <w:rPr>
          <w:b w:val="0"/>
          <w:i w:val="0"/>
        </w:rPr>
        <w:t>23. Which sentence is most appropriate for technical documentation?</w:t>
      </w:r>
    </w:p>
    <w:p>
      <w:r>
        <w:rPr>
          <w:b w:val="0"/>
          <w:i w:val="0"/>
        </w:rPr>
        <w:t>A. Someone does something with the data.</w:t>
      </w:r>
    </w:p>
    <w:p>
      <w:r>
        <w:rPr>
          <w:b w:val="0"/>
          <w:i w:val="0"/>
        </w:rPr>
        <w:t>B. The data are processed by the system.</w:t>
      </w:r>
    </w:p>
    <w:p>
      <w:r>
        <w:rPr>
          <w:b w:val="0"/>
          <w:i w:val="0"/>
        </w:rPr>
        <w:t>C. The system does data somehow.</w:t>
      </w:r>
    </w:p>
    <w:p>
      <w:r>
        <w:rPr>
          <w:b w:val="0"/>
          <w:i w:val="0"/>
        </w:rPr>
        <w:t>D. People process thing.</w:t>
      </w:r>
    </w:p>
    <w:p>
      <w:r>
        <w:rPr>
          <w:b w:val="0"/>
          <w:i w:val="0"/>
        </w:rPr>
        <w:t>24. “The results were analyzed using a computer program.” The verb phrase “were analyzed” is ______.</w:t>
      </w:r>
    </w:p>
    <w:p>
      <w:r>
        <w:rPr>
          <w:b w:val="0"/>
          <w:i w:val="0"/>
        </w:rPr>
        <w:t>A. Simple Present Active</w:t>
      </w:r>
    </w:p>
    <w:p>
      <w:r>
        <w:rPr>
          <w:b w:val="0"/>
          <w:i w:val="0"/>
        </w:rPr>
        <w:t>B. Simple Past Passive</w:t>
      </w:r>
    </w:p>
    <w:p>
      <w:r>
        <w:rPr>
          <w:b w:val="0"/>
          <w:i w:val="0"/>
        </w:rPr>
        <w:t>C. Present Perfect Passive</w:t>
      </w:r>
    </w:p>
    <w:p>
      <w:r>
        <w:rPr>
          <w:b w:val="0"/>
          <w:i w:val="0"/>
        </w:rPr>
        <w:t>D. Future Passive</w:t>
      </w:r>
    </w:p>
    <w:p>
      <w:r>
        <w:rPr>
          <w:b w:val="0"/>
          <w:i w:val="0"/>
        </w:rPr>
        <w:t>25. Which sentence is grammatically correct?</w:t>
      </w:r>
    </w:p>
    <w:p>
      <w:r>
        <w:rPr>
          <w:b w:val="0"/>
          <w:i w:val="0"/>
        </w:rPr>
        <w:t>A. The network is monitor every day.</w:t>
      </w:r>
    </w:p>
    <w:p>
      <w:r>
        <w:rPr>
          <w:b w:val="0"/>
          <w:i w:val="0"/>
        </w:rPr>
        <w:t>B. The network are monitored every day.</w:t>
      </w:r>
    </w:p>
    <w:p>
      <w:r>
        <w:rPr>
          <w:b w:val="0"/>
          <w:i w:val="0"/>
        </w:rPr>
        <w:t>C. The network is monitored every day.</w:t>
      </w:r>
    </w:p>
    <w:p>
      <w:r>
        <w:rPr>
          <w:b w:val="0"/>
          <w:i w:val="0"/>
        </w:rPr>
        <w:t>D. The network monitored is every day.</w:t>
      </w:r>
    </w:p>
    <w:p>
      <w:pPr>
        <w:pStyle w:val="Heading2"/>
      </w:pPr>
      <w:r>
        <w:rPr>
          <w:b w:val="0"/>
          <w:i w:val="0"/>
        </w:rPr>
        <w:t>Answer Key</w:t>
      </w:r>
    </w:p>
    <w:p>
      <w:r>
        <w:rPr>
          <w:b w:val="0"/>
          <w:i w:val="0"/>
        </w:rPr>
        <w:t>1. B   2. C   3. A   4. B   5. C   6. A   7. B   8. C   9. C   10. B   11. A   12. B   13. A   14. B   15. B   16. A   17. B   18. B   19. B   20. B   21. A   22. B   23. B   24. B   25. C</w:t>
      </w:r>
    </w:p>
    <w:p>
      <w:pPr>
        <w:pStyle w:val="Heading1"/>
      </w:pPr>
      <w:r>
        <w:rPr>
          <w:b w:val="0"/>
          <w:i w:val="0"/>
        </w:rPr>
        <w:t>PART D. PRACTICE AND APPLICATION</w:t>
      </w:r>
    </w:p>
    <w:p>
      <w:r>
        <w:rPr>
          <w:b w:val="0"/>
          <w:i w:val="0"/>
        </w:rPr>
        <w:t>Task 1 – Active to Passive</w:t>
      </w:r>
    </w:p>
    <w:p>
      <w:pPr>
        <w:pStyle w:val="ListNumber"/>
      </w:pPr>
      <w:r>
        <w:t>The technician installs the software. → ______________________________</w:t>
      </w:r>
    </w:p>
    <w:p>
      <w:pPr>
        <w:pStyle w:val="ListNumber"/>
      </w:pPr>
      <w:r>
        <w:t>The company stores customer data securely. → ______________________________</w:t>
      </w:r>
    </w:p>
    <w:p>
      <w:pPr>
        <w:pStyle w:val="ListNumber"/>
      </w:pPr>
      <w:r>
        <w:t>The IT team tested the network yesterday. → ______________________________</w:t>
      </w:r>
    </w:p>
    <w:p>
      <w:pPr>
        <w:pStyle w:val="ListNumber"/>
      </w:pPr>
      <w:r>
        <w:t>The administrator will update the system. → ______________________________</w:t>
      </w:r>
    </w:p>
    <w:p>
      <w:pPr>
        <w:pStyle w:val="ListNumber"/>
      </w:pPr>
      <w:r>
        <w:t>The security team has protected the database. → ______________________________</w:t>
      </w:r>
    </w:p>
    <w:p>
      <w:pPr>
        <w:pStyle w:val="ListNumber"/>
      </w:pPr>
      <w:r>
        <w:t>Users must change their passwords. → ______________________________</w:t>
      </w:r>
    </w:p>
    <w:p>
      <w:r>
        <w:rPr>
          <w:b w:val="0"/>
          <w:i w:val="0"/>
        </w:rPr>
        <w:t>Task 2 – Passive Sentence Production</w:t>
      </w:r>
    </w:p>
    <w:p>
      <w:pPr>
        <w:pStyle w:val="ListNumber"/>
      </w:pPr>
      <w:r>
        <w:t>Write one Simple Present Passive sentence about a computer system.</w:t>
      </w:r>
    </w:p>
    <w:p>
      <w:pPr>
        <w:pStyle w:val="ListNumber"/>
      </w:pPr>
      <w:r>
        <w:t>Write one Simple Past Passive sentence about software testing.</w:t>
      </w:r>
    </w:p>
    <w:p>
      <w:pPr>
        <w:pStyle w:val="ListNumber"/>
      </w:pPr>
      <w:r>
        <w:t>Write one Future Passive sentence about an ICT project.</w:t>
      </w:r>
    </w:p>
    <w:p>
      <w:pPr>
        <w:pStyle w:val="ListNumber"/>
      </w:pPr>
      <w:r>
        <w:t>Write one Present Perfect Passive sentence about data or a system.</w:t>
      </w:r>
    </w:p>
    <w:p>
      <w:pPr>
        <w:pStyle w:val="ListNumber"/>
      </w:pPr>
      <w:r>
        <w:t>Write one negative Passive sentence.</w:t>
      </w:r>
    </w:p>
    <w:p>
      <w:pPr>
        <w:pStyle w:val="ListNumber"/>
      </w:pPr>
      <w:r>
        <w:t>Write one WH-question in Passive Voice.</w:t>
      </w:r>
    </w:p>
    <w:p>
      <w:r>
        <w:rPr>
          <w:b w:val="0"/>
          <w:i w:val="0"/>
        </w:rPr>
        <w:t>Task 3 – ICT Reading Analysis</w:t>
      </w:r>
    </w:p>
    <w:p>
      <w:r>
        <w:rPr>
          <w:b w:val="0"/>
          <w:i w:val="0"/>
        </w:rPr>
        <w:t>Return to the reading text. Find at least ten Passive Voice expressions. For each expression, identify the tense and explain why Passive Voice is useful in that sentence.</w:t>
      </w:r>
    </w:p>
    <w:p>
      <w:r>
        <w:rPr>
          <w:b w:val="0"/>
          <w:i w:val="0"/>
        </w:rPr>
        <w:t>Task 4 – Mini ICT Process Description</w:t>
      </w:r>
    </w:p>
    <w:p>
      <w:r>
        <w:rPr>
          <w:b w:val="0"/>
          <w:i w:val="0"/>
        </w:rPr>
        <w:t>Write a 100–150 word paragraph describing an ICT process, such as installing software, storing data, securing a network, developing an application, or processing information. Use at least eight Passive Voice sentences and at least three different tenses.</w:t>
      </w:r>
    </w:p>
    <w:p>
      <w:pPr>
        <w:pStyle w:val="Heading1"/>
      </w:pPr>
      <w:r>
        <w:rPr>
          <w:b w:val="0"/>
          <w:i w:val="0"/>
        </w:rPr>
        <w:t>Learning Summary</w:t>
      </w:r>
    </w:p>
    <w:p>
      <w:r>
        <w:rPr>
          <w:b w:val="0"/>
          <w:i w:val="0"/>
        </w:rPr>
        <w:t>Module 3 develops the RPS Sub-CPMK3 requirement to use Passive Voice in positive, negative, and interrogative forms according to the tense. Through an ICT reading context, students learn that Passive Voice is especially useful when the focus is placed on data, devices, software, systems, processes, and results rather than on the person performing the action. Students practice recognizing, transforming, questioning, and producing Passive Voice sentences in academic and professional contexts.</w:t>
      </w:r>
    </w:p>
    <w:p>
      <w:pPr>
        <w:pStyle w:val="Heading1"/>
      </w:pPr>
      <w:r>
        <w:rPr>
          <w:b w:val="0"/>
          <w:i w:val="0"/>
        </w:rPr>
        <w:t>Glossary</w:t>
      </w:r>
    </w:p>
    <w:tbl>
      <w:tblPr>
        <w:tblStyle w:val="TableGrid"/>
        <w:tblW w:type="auto" w:w="0"/>
        <w:jc w:val="center"/>
        <w:tblLook w:firstColumn="1" w:firstRow="1" w:lastColumn="0" w:lastRow="0" w:noHBand="0" w:noVBand="1" w:val="04A0"/>
      </w:tblPr>
      <w:tblGrid>
        <w:gridCol w:w="4968"/>
        <w:gridCol w:w="4968"/>
      </w:tblGrid>
      <w:tr>
        <w:tc>
          <w:tcPr>
            <w:tcW w:type="dxa" w:w="4968"/>
            <w:vAlign w:val="center"/>
            <w:shd w:fill="D9EAF7"/>
          </w:tcPr>
          <w:p>
            <w:r/>
            <w:r>
              <w:rPr>
                <w:rFonts w:ascii="Arial" w:hAnsi="Arial"/>
                <w:b/>
                <w:sz w:val="18"/>
              </w:rPr>
              <w:t>Term</w:t>
            </w:r>
          </w:p>
        </w:tc>
        <w:tc>
          <w:tcPr>
            <w:tcW w:type="dxa" w:w="4968"/>
            <w:vAlign w:val="center"/>
            <w:shd w:fill="D9EAF7"/>
          </w:tcPr>
          <w:p>
            <w:r/>
            <w:r>
              <w:rPr>
                <w:rFonts w:ascii="Arial" w:hAnsi="Arial"/>
                <w:b/>
                <w:sz w:val="18"/>
              </w:rPr>
              <w:t>Definition</w:t>
            </w:r>
          </w:p>
        </w:tc>
      </w:tr>
      <w:tr>
        <w:tc>
          <w:tcPr>
            <w:tcW w:type="dxa" w:w="4968"/>
            <w:vAlign w:val="center"/>
          </w:tcPr>
          <w:p>
            <w:r/>
            <w:r>
              <w:rPr>
                <w:rFonts w:ascii="Arial" w:hAnsi="Arial"/>
                <w:b w:val="0"/>
                <w:sz w:val="18"/>
              </w:rPr>
              <w:t>Active Voice</w:t>
            </w:r>
          </w:p>
        </w:tc>
        <w:tc>
          <w:tcPr>
            <w:tcW w:type="dxa" w:w="4968"/>
            <w:vAlign w:val="center"/>
          </w:tcPr>
          <w:p>
            <w:r/>
            <w:r>
              <w:rPr>
                <w:rFonts w:ascii="Arial" w:hAnsi="Arial"/>
                <w:b w:val="0"/>
                <w:sz w:val="18"/>
              </w:rPr>
              <w:t>A sentence structure in which the subject performs the action.</w:t>
            </w:r>
          </w:p>
        </w:tc>
      </w:tr>
      <w:tr>
        <w:tc>
          <w:tcPr>
            <w:tcW w:type="dxa" w:w="4968"/>
            <w:vAlign w:val="center"/>
          </w:tcPr>
          <w:p>
            <w:r/>
            <w:r>
              <w:rPr>
                <w:rFonts w:ascii="Arial" w:hAnsi="Arial"/>
                <w:b w:val="0"/>
                <w:sz w:val="18"/>
              </w:rPr>
              <w:t>Agent</w:t>
            </w:r>
          </w:p>
        </w:tc>
        <w:tc>
          <w:tcPr>
            <w:tcW w:type="dxa" w:w="4968"/>
            <w:vAlign w:val="center"/>
          </w:tcPr>
          <w:p>
            <w:r/>
            <w:r>
              <w:rPr>
                <w:rFonts w:ascii="Arial" w:hAnsi="Arial"/>
                <w:b w:val="0"/>
                <w:sz w:val="18"/>
              </w:rPr>
              <w:t>The person or thing that performs an action in a Passive Voice sentence, often introduced by “by.”</w:t>
            </w:r>
          </w:p>
        </w:tc>
      </w:tr>
      <w:tr>
        <w:tc>
          <w:tcPr>
            <w:tcW w:type="dxa" w:w="4968"/>
            <w:vAlign w:val="center"/>
          </w:tcPr>
          <w:p>
            <w:r/>
            <w:r>
              <w:rPr>
                <w:rFonts w:ascii="Arial" w:hAnsi="Arial"/>
                <w:b w:val="0"/>
                <w:sz w:val="18"/>
              </w:rPr>
              <w:t>ICT</w:t>
            </w:r>
          </w:p>
        </w:tc>
        <w:tc>
          <w:tcPr>
            <w:tcW w:type="dxa" w:w="4968"/>
            <w:vAlign w:val="center"/>
          </w:tcPr>
          <w:p>
            <w:r/>
            <w:r>
              <w:rPr>
                <w:rFonts w:ascii="Arial" w:hAnsi="Arial"/>
                <w:b w:val="0"/>
                <w:sz w:val="18"/>
              </w:rPr>
              <w:t>Information and Communication Technology, including digital systems, networks, software, devices, and communication technologies.</w:t>
            </w:r>
          </w:p>
        </w:tc>
      </w:tr>
      <w:tr>
        <w:tc>
          <w:tcPr>
            <w:tcW w:type="dxa" w:w="4968"/>
            <w:vAlign w:val="center"/>
          </w:tcPr>
          <w:p>
            <w:r/>
            <w:r>
              <w:rPr>
                <w:rFonts w:ascii="Arial" w:hAnsi="Arial"/>
                <w:b w:val="0"/>
                <w:sz w:val="18"/>
              </w:rPr>
              <w:t>Passive Voice</w:t>
            </w:r>
          </w:p>
        </w:tc>
        <w:tc>
          <w:tcPr>
            <w:tcW w:type="dxa" w:w="4968"/>
            <w:vAlign w:val="center"/>
          </w:tcPr>
          <w:p>
            <w:r/>
            <w:r>
              <w:rPr>
                <w:rFonts w:ascii="Arial" w:hAnsi="Arial"/>
                <w:b w:val="0"/>
                <w:sz w:val="18"/>
              </w:rPr>
              <w:t>A sentence structure in which the subject receives the action.</w:t>
            </w:r>
          </w:p>
        </w:tc>
      </w:tr>
      <w:tr>
        <w:tc>
          <w:tcPr>
            <w:tcW w:type="dxa" w:w="4968"/>
            <w:vAlign w:val="center"/>
          </w:tcPr>
          <w:p>
            <w:r/>
            <w:r>
              <w:rPr>
                <w:rFonts w:ascii="Arial" w:hAnsi="Arial"/>
                <w:b w:val="0"/>
                <w:sz w:val="18"/>
              </w:rPr>
              <w:t>Past Participle (V3)</w:t>
            </w:r>
          </w:p>
        </w:tc>
        <w:tc>
          <w:tcPr>
            <w:tcW w:type="dxa" w:w="4968"/>
            <w:vAlign w:val="center"/>
          </w:tcPr>
          <w:p>
            <w:r/>
            <w:r>
              <w:rPr>
                <w:rFonts w:ascii="Arial" w:hAnsi="Arial"/>
                <w:b w:val="0"/>
                <w:sz w:val="18"/>
              </w:rPr>
              <w:t>The third form of a verb used in perfect and Passive Voice structures.</w:t>
            </w:r>
          </w:p>
        </w:tc>
      </w:tr>
      <w:tr>
        <w:tc>
          <w:tcPr>
            <w:tcW w:type="dxa" w:w="4968"/>
            <w:vAlign w:val="center"/>
          </w:tcPr>
          <w:p>
            <w:r/>
            <w:r>
              <w:rPr>
                <w:rFonts w:ascii="Arial" w:hAnsi="Arial"/>
                <w:b w:val="0"/>
                <w:sz w:val="18"/>
              </w:rPr>
              <w:t>Process</w:t>
            </w:r>
          </w:p>
        </w:tc>
        <w:tc>
          <w:tcPr>
            <w:tcW w:type="dxa" w:w="4968"/>
            <w:vAlign w:val="center"/>
          </w:tcPr>
          <w:p>
            <w:r/>
            <w:r>
              <w:rPr>
                <w:rFonts w:ascii="Arial" w:hAnsi="Arial"/>
                <w:b w:val="0"/>
                <w:sz w:val="18"/>
              </w:rPr>
              <w:t>A series of actions or steps used to achieve a result.</w:t>
            </w:r>
          </w:p>
        </w:tc>
      </w:tr>
      <w:tr>
        <w:tc>
          <w:tcPr>
            <w:tcW w:type="dxa" w:w="4968"/>
            <w:vAlign w:val="center"/>
          </w:tcPr>
          <w:p>
            <w:r/>
            <w:r>
              <w:rPr>
                <w:rFonts w:ascii="Arial" w:hAnsi="Arial"/>
                <w:b w:val="0"/>
                <w:sz w:val="18"/>
              </w:rPr>
              <w:t>Technical documentation</w:t>
            </w:r>
          </w:p>
        </w:tc>
        <w:tc>
          <w:tcPr>
            <w:tcW w:type="dxa" w:w="4968"/>
            <w:vAlign w:val="center"/>
          </w:tcPr>
          <w:p>
            <w:r/>
            <w:r>
              <w:rPr>
                <w:rFonts w:ascii="Arial" w:hAnsi="Arial"/>
                <w:b w:val="0"/>
                <w:sz w:val="18"/>
              </w:rPr>
              <w:t>Written information that explains a technology, system, procedure, or product.</w:t>
            </w:r>
          </w:p>
        </w:tc>
      </w:tr>
      <w:tr>
        <w:tc>
          <w:tcPr>
            <w:tcW w:type="dxa" w:w="4968"/>
            <w:vAlign w:val="center"/>
          </w:tcPr>
          <w:p>
            <w:r/>
            <w:r>
              <w:rPr>
                <w:rFonts w:ascii="Arial" w:hAnsi="Arial"/>
                <w:b w:val="0"/>
                <w:sz w:val="18"/>
              </w:rPr>
              <w:t>Tense</w:t>
            </w:r>
          </w:p>
        </w:tc>
        <w:tc>
          <w:tcPr>
            <w:tcW w:type="dxa" w:w="4968"/>
            <w:vAlign w:val="center"/>
          </w:tcPr>
          <w:p>
            <w:r/>
            <w:r>
              <w:rPr>
                <w:rFonts w:ascii="Arial" w:hAnsi="Arial"/>
                <w:b w:val="0"/>
                <w:sz w:val="18"/>
              </w:rPr>
              <w:t>A grammatical form that indicates time or the relationship of an action or situation to time.</w:t>
            </w:r>
          </w:p>
        </w:tc>
      </w:tr>
    </w:tbl>
    <w:p>
      <w:pPr>
        <w:pStyle w:val="Heading1"/>
      </w:pPr>
      <w:r>
        <w:rPr>
          <w:b w:val="0"/>
          <w:i w:val="0"/>
        </w:rPr>
        <w:t>References</w:t>
      </w:r>
    </w:p>
    <w:p>
      <w:r>
        <w:rPr>
          <w:b w:val="0"/>
          <w:i w:val="0"/>
        </w:rPr>
        <w:t>Azar, B. S., &amp; Hagen, S. A. (2009). Understanding and using English grammar (4th ed.). Pearson Longman.</w:t>
      </w:r>
    </w:p>
    <w:p>
      <w:r>
        <w:rPr>
          <w:b w:val="0"/>
          <w:i w:val="0"/>
        </w:rPr>
        <w:t>Azar, B. S. (n.d.). Fundamentals of English grammar. Binarupa Aksara.</w:t>
      </w:r>
    </w:p>
    <w:p>
      <w:r>
        <w:rPr>
          <w:b w:val="0"/>
          <w:i w:val="0"/>
        </w:rPr>
        <w:t>Azar, B. S. (n.d.). Understanding and using English grammar. Binarupa Aksara.</w:t>
      </w:r>
    </w:p>
    <w:p>
      <w:r>
        <w:rPr>
          <w:b w:val="0"/>
          <w:i w:val="0"/>
        </w:rPr>
        <w:t>Murphy, R. (2015). English grammar in use (4th ed.). Cambridge University Press.</w:t>
      </w:r>
    </w:p>
    <w:p>
      <w:r>
        <w:rPr>
          <w:b w:val="0"/>
          <w:i w:val="0"/>
        </w:rPr>
        <w:t>Universitas Persada Indonesia Y.A.I. (2022; updated September 2026). Rencana Pembelajaran Semester: English for General Purpose / English for Academic Purpose (MF4205). Institutional course document.</w:t>
      </w:r>
    </w:p>
    <w:p>
      <w:pPr>
        <w:pStyle w:val="Heading2"/>
      </w:pPr>
      <w:r>
        <w:rPr>
          <w:b w:val="0"/>
          <w:i w:val="0"/>
        </w:rPr>
        <w:t>RPS-Based Teaching Note</w:t>
      </w:r>
    </w:p>
    <w:p>
      <w:r>
        <w:rPr>
          <w:b w:val="0"/>
          <w:i w:val="0"/>
        </w:rPr>
        <w:t>The attached RPS specifies for Week 3/Sub-CPMK3 that students should develop Passive Voice using tenses and produce positive, negative, and interrogative sentences. It also specifies discussion/cooperative learning and an independent task for developing Passive Voice. This module therefore combines an ICT-field reading, grammar explanation, guided examples, individual practice, and an ICT writing task. fileciteturn0file0</w:t>
      </w:r>
    </w:p>
    <w:p>
      <w:pPr>
        <w:pStyle w:val="Heading1"/>
      </w:pPr>
      <w:r>
        <w:rPr>
          <w:b w:val="0"/>
          <w:i w:val="0"/>
        </w:rPr>
        <w:t>End of Module 3</w:t>
      </w:r>
    </w:p>
    <w:p>
      <w:r>
        <w:rPr>
          <w:b w:val="0"/>
          <w:i w:val="0"/>
        </w:rPr>
        <w:t>Review the Passive Voice formulas, identify Passive Voice in ICT texts, and practice transforming active sentences into accurate positive, negative, and interrogative Passive Voice sentences.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8"/>
      </w:rPr>
      <w:t>English for General Purpose – Module 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sz w:val="18"/>
      </w:rPr>
      <w:t>English for General Purpose – Module 3 | Session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b w:val="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